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FA174" w14:textId="516B772E" w:rsidR="00427A0D" w:rsidRPr="0073132C" w:rsidRDefault="00DC09BE" w:rsidP="001A36CC">
      <w:pPr>
        <w:pStyle w:val="Title"/>
        <w:rPr>
          <w:rStyle w:val="Heading1Char"/>
          <w:b w:val="0"/>
          <w:bCs w:val="0"/>
          <w:color w:val="21004D"/>
          <w:sz w:val="52"/>
          <w:szCs w:val="52"/>
        </w:rPr>
      </w:pPr>
      <w:r>
        <w:rPr>
          <w:rStyle w:val="Heading1Char"/>
          <w:b w:val="0"/>
          <w:bCs w:val="0"/>
          <w:color w:val="21004D"/>
          <w:sz w:val="52"/>
          <w:szCs w:val="52"/>
        </w:rPr>
        <w:t>Proposal</w:t>
      </w:r>
      <w:r w:rsidR="00FD6F02" w:rsidRPr="0073132C">
        <w:rPr>
          <w:rStyle w:val="Heading1Char"/>
          <w:b w:val="0"/>
          <w:bCs w:val="0"/>
          <w:color w:val="21004D"/>
          <w:sz w:val="52"/>
          <w:szCs w:val="52"/>
        </w:rPr>
        <w:t xml:space="preserve"> Submission Form</w:t>
      </w:r>
    </w:p>
    <w:p w14:paraId="0DB26D1A" w14:textId="7A34F64A" w:rsidR="00427A0D" w:rsidRDefault="00FD6F02">
      <w:pPr>
        <w:spacing w:after="160"/>
        <w:rPr>
          <w:rFonts w:cs="Arial"/>
          <w:i/>
          <w:color w:val="5D5D66"/>
          <w:sz w:val="18"/>
          <w:szCs w:val="18"/>
        </w:rPr>
      </w:pPr>
      <w:r w:rsidRPr="01D5A0AA">
        <w:rPr>
          <w:rFonts w:cs="Arial"/>
          <w:i/>
          <w:color w:val="5D5D66"/>
          <w:sz w:val="18"/>
          <w:szCs w:val="18"/>
        </w:rPr>
        <w:t>Complete all applicable sections. For APA CE review, the APA CE information section must be completed</w:t>
      </w:r>
      <w:r w:rsidR="5C99BF87" w:rsidRPr="01D5A0AA">
        <w:rPr>
          <w:rFonts w:cs="Arial"/>
          <w:i/>
          <w:iCs/>
          <w:color w:val="5D5D66"/>
          <w:sz w:val="18"/>
          <w:szCs w:val="18"/>
        </w:rPr>
        <w:t>,</w:t>
      </w:r>
      <w:r w:rsidRPr="01D5A0AA">
        <w:rPr>
          <w:rFonts w:cs="Arial"/>
          <w:i/>
          <w:color w:val="5D5D66"/>
          <w:sz w:val="18"/>
          <w:szCs w:val="18"/>
        </w:rPr>
        <w:t xml:space="preserve"> so documentation is retained with the proposal record.</w:t>
      </w:r>
      <w:r w:rsidR="00771855">
        <w:rPr>
          <w:rFonts w:cs="Arial"/>
          <w:i/>
          <w:color w:val="5D5D66"/>
          <w:sz w:val="18"/>
          <w:szCs w:val="18"/>
        </w:rPr>
        <w:t xml:space="preserve"> </w:t>
      </w:r>
    </w:p>
    <w:tbl>
      <w:tblPr>
        <w:tblW w:w="0" w:type="auto"/>
        <w:jc w:val="center"/>
        <w:tblBorders>
          <w:top w:val="single" w:sz="4" w:space="0" w:color="0D004D"/>
          <w:left w:val="single" w:sz="4" w:space="0" w:color="0D004D"/>
          <w:bottom w:val="single" w:sz="4" w:space="0" w:color="0D004D"/>
          <w:right w:val="single" w:sz="4" w:space="0" w:color="0D004D"/>
          <w:insideH w:val="single" w:sz="4" w:space="0" w:color="0D004D"/>
          <w:insideV w:val="single" w:sz="4" w:space="0" w:color="0D004D"/>
        </w:tblBorders>
        <w:tblLayout w:type="fixed"/>
        <w:tblLook w:val="04A0" w:firstRow="1" w:lastRow="0" w:firstColumn="1" w:lastColumn="0" w:noHBand="0" w:noVBand="1"/>
      </w:tblPr>
      <w:tblGrid>
        <w:gridCol w:w="3168"/>
        <w:gridCol w:w="7200"/>
        <w:gridCol w:w="40"/>
      </w:tblGrid>
      <w:tr w:rsidR="00427A0D" w14:paraId="597D81E5" w14:textId="77777777">
        <w:trPr>
          <w:gridAfter w:val="1"/>
          <w:wAfter w:w="40" w:type="dxa"/>
          <w:jc w:val="center"/>
        </w:trPr>
        <w:tc>
          <w:tcPr>
            <w:tcW w:w="10368" w:type="dxa"/>
            <w:gridSpan w:val="2"/>
            <w:shd w:val="clear" w:color="auto" w:fill="0D004D"/>
            <w:tcMar>
              <w:top w:w="130" w:type="dxa"/>
              <w:left w:w="170" w:type="dxa"/>
              <w:bottom w:w="130" w:type="dxa"/>
              <w:right w:w="170" w:type="dxa"/>
            </w:tcMar>
          </w:tcPr>
          <w:p w14:paraId="59F3F828" w14:textId="0FF35E7B" w:rsidR="00427A0D" w:rsidRDefault="00FD6F02" w:rsidP="00771855">
            <w:pPr>
              <w:pStyle w:val="Heading1"/>
              <w:rPr>
                <w:rStyle w:val="TitleChar"/>
                <w:rFonts w:ascii="Arial" w:eastAsia="Arial" w:hAnsi="Arial" w:cs="Arial"/>
                <w:color w:val="FFFFFF" w:themeColor="background1"/>
                <w:sz w:val="28"/>
                <w:szCs w:val="28"/>
              </w:rPr>
            </w:pPr>
            <w:r w:rsidRPr="01D5A0AA">
              <w:rPr>
                <w:rStyle w:val="TitleChar"/>
                <w:rFonts w:ascii="Arial" w:eastAsia="Arial" w:hAnsi="Arial" w:cs="Arial"/>
                <w:color w:val="FFFFFF" w:themeColor="background1"/>
                <w:sz w:val="28"/>
                <w:szCs w:val="28"/>
              </w:rPr>
              <w:t>Presenter Information</w:t>
            </w:r>
          </w:p>
        </w:tc>
      </w:tr>
      <w:tr w:rsidR="00427A0D" w14:paraId="19D67881" w14:textId="77777777" w:rsidTr="01D5A0AA">
        <w:tblPrEx>
          <w:tblBorders>
            <w:top w:val="single" w:sz="4" w:space="0" w:color="D5D1EB"/>
            <w:left w:val="single" w:sz="4" w:space="0" w:color="D5D1EB"/>
            <w:bottom w:val="single" w:sz="4" w:space="0" w:color="D5D1EB"/>
            <w:right w:val="single" w:sz="4" w:space="0" w:color="D5D1EB"/>
            <w:insideH w:val="single" w:sz="4" w:space="0" w:color="D5D1EB"/>
            <w:insideV w:val="single" w:sz="4" w:space="0" w:color="D5D1EB"/>
          </w:tblBorders>
        </w:tblPrEx>
        <w:trPr>
          <w:jc w:val="center"/>
        </w:trPr>
        <w:tc>
          <w:tcPr>
            <w:tcW w:w="3168" w:type="dxa"/>
            <w:tcBorders>
              <w:top w:val="single" w:sz="4" w:space="0" w:color="D5D1EB"/>
              <w:left w:val="single" w:sz="4" w:space="0" w:color="D5D1EB"/>
              <w:bottom w:val="single" w:sz="4" w:space="0" w:color="D5D1EB"/>
              <w:right w:val="single" w:sz="4" w:space="0" w:color="D5D1EB"/>
            </w:tcBorders>
            <w:shd w:val="clear" w:color="auto" w:fill="EDECF6"/>
            <w:tcMar>
              <w:top w:w="115" w:type="dxa"/>
              <w:left w:w="130" w:type="dxa"/>
              <w:bottom w:w="115" w:type="dxa"/>
              <w:right w:w="130" w:type="dxa"/>
            </w:tcMar>
            <w:vAlign w:val="center"/>
          </w:tcPr>
          <w:p w14:paraId="35D9E81A" w14:textId="77777777" w:rsidR="00427A0D" w:rsidRPr="00771855" w:rsidRDefault="00FD6F02" w:rsidP="00771855">
            <w:pPr>
              <w:pStyle w:val="Heading2"/>
              <w:rPr>
                <w:i/>
                <w:color w:val="21004D"/>
                <w:sz w:val="20"/>
                <w:szCs w:val="20"/>
              </w:rPr>
            </w:pPr>
            <w:r w:rsidRPr="00771855">
              <w:rPr>
                <w:color w:val="21004D"/>
              </w:rPr>
              <w:t>Presenter Name</w:t>
            </w:r>
          </w:p>
        </w:tc>
        <w:tc>
          <w:tcPr>
            <w:tcW w:w="7240" w:type="dxa"/>
            <w:gridSpan w:val="2"/>
            <w:tcBorders>
              <w:top w:val="single" w:sz="4" w:space="0" w:color="D5D1EB"/>
              <w:left w:val="single" w:sz="4" w:space="0" w:color="D5D1EB"/>
              <w:bottom w:val="single" w:sz="4" w:space="0" w:color="D5D1EB"/>
              <w:right w:val="single" w:sz="4" w:space="0" w:color="D5D1EB"/>
            </w:tcBorders>
            <w:shd w:val="clear" w:color="auto" w:fill="FFFFFF" w:themeFill="background1"/>
            <w:tcMar>
              <w:top w:w="115" w:type="dxa"/>
              <w:left w:w="130" w:type="dxa"/>
              <w:bottom w:w="115" w:type="dxa"/>
              <w:right w:w="130" w:type="dxa"/>
            </w:tcMar>
            <w:vAlign w:val="center"/>
          </w:tcPr>
          <w:p w14:paraId="0A6959E7" w14:textId="77777777" w:rsidR="00427A0D" w:rsidRDefault="00FD6F02">
            <w:pPr>
              <w:spacing w:after="0" w:line="259" w:lineRule="auto"/>
              <w:rPr>
                <w:rFonts w:cs="Arial"/>
                <w:sz w:val="18"/>
                <w:szCs w:val="18"/>
              </w:rPr>
            </w:pPr>
            <w:r w:rsidRPr="01D5A0AA">
              <w:rPr>
                <w:rFonts w:cs="Arial"/>
                <w:sz w:val="18"/>
                <w:szCs w:val="18"/>
              </w:rPr>
              <w:t xml:space="preserve"> </w:t>
            </w:r>
          </w:p>
        </w:tc>
      </w:tr>
      <w:tr w:rsidR="00427A0D" w14:paraId="029C554F" w14:textId="77777777" w:rsidTr="01D5A0AA">
        <w:tblPrEx>
          <w:tblBorders>
            <w:top w:val="single" w:sz="4" w:space="0" w:color="D5D1EB"/>
            <w:left w:val="single" w:sz="4" w:space="0" w:color="D5D1EB"/>
            <w:bottom w:val="single" w:sz="4" w:space="0" w:color="D5D1EB"/>
            <w:right w:val="single" w:sz="4" w:space="0" w:color="D5D1EB"/>
            <w:insideH w:val="single" w:sz="4" w:space="0" w:color="D5D1EB"/>
            <w:insideV w:val="single" w:sz="4" w:space="0" w:color="D5D1EB"/>
          </w:tblBorders>
        </w:tblPrEx>
        <w:trPr>
          <w:jc w:val="center"/>
        </w:trPr>
        <w:tc>
          <w:tcPr>
            <w:tcW w:w="3168" w:type="dxa"/>
            <w:tcBorders>
              <w:top w:val="single" w:sz="4" w:space="0" w:color="D5D1EB"/>
              <w:left w:val="single" w:sz="4" w:space="0" w:color="D5D1EB"/>
              <w:bottom w:val="single" w:sz="4" w:space="0" w:color="D5D1EB"/>
              <w:right w:val="single" w:sz="4" w:space="0" w:color="D5D1EB"/>
            </w:tcBorders>
            <w:shd w:val="clear" w:color="auto" w:fill="EDECF6"/>
            <w:tcMar>
              <w:top w:w="115" w:type="dxa"/>
              <w:left w:w="130" w:type="dxa"/>
              <w:bottom w:w="115" w:type="dxa"/>
              <w:right w:w="130" w:type="dxa"/>
            </w:tcMar>
            <w:vAlign w:val="center"/>
          </w:tcPr>
          <w:p w14:paraId="106EF60C" w14:textId="77777777" w:rsidR="00427A0D" w:rsidRPr="00771855" w:rsidRDefault="00FD6F02" w:rsidP="00771855">
            <w:pPr>
              <w:pStyle w:val="Heading2"/>
              <w:rPr>
                <w:color w:val="21004D"/>
                <w:sz w:val="20"/>
                <w:szCs w:val="20"/>
              </w:rPr>
            </w:pPr>
            <w:r w:rsidRPr="00771855">
              <w:rPr>
                <w:color w:val="21004D"/>
              </w:rPr>
              <w:t>Presenter Credentials</w:t>
            </w:r>
          </w:p>
        </w:tc>
        <w:tc>
          <w:tcPr>
            <w:tcW w:w="7240" w:type="dxa"/>
            <w:gridSpan w:val="2"/>
            <w:tcBorders>
              <w:top w:val="single" w:sz="4" w:space="0" w:color="D5D1EB"/>
              <w:left w:val="single" w:sz="4" w:space="0" w:color="D5D1EB"/>
              <w:bottom w:val="single" w:sz="4" w:space="0" w:color="D5D1EB"/>
              <w:right w:val="single" w:sz="4" w:space="0" w:color="D5D1EB"/>
            </w:tcBorders>
            <w:shd w:val="clear" w:color="auto" w:fill="FFFFFF" w:themeFill="background1"/>
            <w:tcMar>
              <w:top w:w="115" w:type="dxa"/>
              <w:left w:w="130" w:type="dxa"/>
              <w:bottom w:w="115" w:type="dxa"/>
              <w:right w:w="130" w:type="dxa"/>
            </w:tcMar>
            <w:vAlign w:val="center"/>
          </w:tcPr>
          <w:p w14:paraId="100C5B58" w14:textId="77777777" w:rsidR="00427A0D" w:rsidRDefault="00FD6F02">
            <w:pPr>
              <w:spacing w:after="0" w:line="259" w:lineRule="auto"/>
              <w:rPr>
                <w:rFonts w:cs="Arial"/>
                <w:sz w:val="18"/>
                <w:szCs w:val="18"/>
              </w:rPr>
            </w:pPr>
            <w:r w:rsidRPr="01D5A0AA">
              <w:rPr>
                <w:rFonts w:cs="Arial"/>
                <w:sz w:val="18"/>
                <w:szCs w:val="18"/>
              </w:rPr>
              <w:t xml:space="preserve"> </w:t>
            </w:r>
          </w:p>
        </w:tc>
      </w:tr>
      <w:tr w:rsidR="00427A0D" w14:paraId="2223CF9B" w14:textId="77777777" w:rsidTr="01D5A0AA">
        <w:tblPrEx>
          <w:tblBorders>
            <w:top w:val="single" w:sz="4" w:space="0" w:color="D5D1EB"/>
            <w:left w:val="single" w:sz="4" w:space="0" w:color="D5D1EB"/>
            <w:bottom w:val="single" w:sz="4" w:space="0" w:color="D5D1EB"/>
            <w:right w:val="single" w:sz="4" w:space="0" w:color="D5D1EB"/>
            <w:insideH w:val="single" w:sz="4" w:space="0" w:color="D5D1EB"/>
            <w:insideV w:val="single" w:sz="4" w:space="0" w:color="D5D1EB"/>
          </w:tblBorders>
        </w:tblPrEx>
        <w:trPr>
          <w:trHeight w:val="300"/>
          <w:jc w:val="center"/>
        </w:trPr>
        <w:tc>
          <w:tcPr>
            <w:tcW w:w="3168" w:type="dxa"/>
            <w:tcBorders>
              <w:top w:val="single" w:sz="4" w:space="0" w:color="D5D1EB"/>
              <w:left w:val="single" w:sz="4" w:space="0" w:color="D5D1EB"/>
              <w:bottom w:val="single" w:sz="4" w:space="0" w:color="D5D1EB"/>
              <w:right w:val="single" w:sz="4" w:space="0" w:color="D5D1EB"/>
            </w:tcBorders>
            <w:shd w:val="clear" w:color="auto" w:fill="EDECF6"/>
            <w:tcMar>
              <w:top w:w="115" w:type="dxa"/>
              <w:left w:w="130" w:type="dxa"/>
              <w:bottom w:w="115" w:type="dxa"/>
              <w:right w:w="130" w:type="dxa"/>
            </w:tcMar>
            <w:vAlign w:val="center"/>
          </w:tcPr>
          <w:p w14:paraId="6038E6FE" w14:textId="77777777" w:rsidR="00427A0D" w:rsidRPr="00771855" w:rsidRDefault="00FD6F02" w:rsidP="00771855">
            <w:pPr>
              <w:pStyle w:val="Heading2"/>
              <w:rPr>
                <w:i/>
                <w:color w:val="21004D"/>
              </w:rPr>
            </w:pPr>
            <w:r w:rsidRPr="00771855">
              <w:rPr>
                <w:color w:val="21004D"/>
              </w:rPr>
              <w:t>Contact Email</w:t>
            </w:r>
          </w:p>
        </w:tc>
        <w:tc>
          <w:tcPr>
            <w:tcW w:w="7240" w:type="dxa"/>
            <w:gridSpan w:val="2"/>
            <w:tcBorders>
              <w:top w:val="single" w:sz="4" w:space="0" w:color="D5D1EB"/>
              <w:left w:val="single" w:sz="4" w:space="0" w:color="D5D1EB"/>
              <w:bottom w:val="single" w:sz="4" w:space="0" w:color="D5D1EB"/>
              <w:right w:val="single" w:sz="4" w:space="0" w:color="D5D1EB"/>
            </w:tcBorders>
            <w:shd w:val="clear" w:color="auto" w:fill="FFFFFF" w:themeFill="background1"/>
            <w:tcMar>
              <w:top w:w="115" w:type="dxa"/>
              <w:left w:w="130" w:type="dxa"/>
              <w:bottom w:w="115" w:type="dxa"/>
              <w:right w:w="130" w:type="dxa"/>
            </w:tcMar>
            <w:vAlign w:val="center"/>
          </w:tcPr>
          <w:p w14:paraId="12F40E89" w14:textId="65E40FE2" w:rsidR="00427A0D" w:rsidRDefault="00FD6F02">
            <w:pPr>
              <w:spacing w:after="0" w:line="259" w:lineRule="auto"/>
              <w:rPr>
                <w:rFonts w:cs="Arial"/>
                <w:sz w:val="18"/>
                <w:szCs w:val="18"/>
              </w:rPr>
            </w:pPr>
            <w:r w:rsidRPr="01D5A0AA">
              <w:rPr>
                <w:rFonts w:cs="Arial"/>
                <w:sz w:val="18"/>
                <w:szCs w:val="18"/>
              </w:rPr>
              <w:t xml:space="preserve"> </w:t>
            </w:r>
          </w:p>
        </w:tc>
      </w:tr>
      <w:tr w:rsidR="00427A0D" w14:paraId="2D907206" w14:textId="77777777" w:rsidTr="01D5A0AA">
        <w:tblPrEx>
          <w:tblBorders>
            <w:top w:val="single" w:sz="4" w:space="0" w:color="D5D1EB"/>
            <w:left w:val="single" w:sz="4" w:space="0" w:color="D5D1EB"/>
            <w:bottom w:val="single" w:sz="4" w:space="0" w:color="D5D1EB"/>
            <w:right w:val="single" w:sz="4" w:space="0" w:color="D5D1EB"/>
            <w:insideH w:val="single" w:sz="4" w:space="0" w:color="D5D1EB"/>
            <w:insideV w:val="single" w:sz="4" w:space="0" w:color="D5D1EB"/>
          </w:tblBorders>
        </w:tblPrEx>
        <w:trPr>
          <w:jc w:val="center"/>
        </w:trPr>
        <w:tc>
          <w:tcPr>
            <w:tcW w:w="3168" w:type="dxa"/>
            <w:tcBorders>
              <w:top w:val="single" w:sz="4" w:space="0" w:color="D5D1EB"/>
              <w:left w:val="single" w:sz="4" w:space="0" w:color="D5D1EB"/>
              <w:bottom w:val="single" w:sz="4" w:space="0" w:color="D5D1EB"/>
              <w:right w:val="single" w:sz="4" w:space="0" w:color="D5D1EB"/>
            </w:tcBorders>
            <w:shd w:val="clear" w:color="auto" w:fill="EDECF6"/>
            <w:tcMar>
              <w:top w:w="115" w:type="dxa"/>
              <w:left w:w="130" w:type="dxa"/>
              <w:bottom w:w="115" w:type="dxa"/>
              <w:right w:w="130" w:type="dxa"/>
            </w:tcMar>
            <w:vAlign w:val="center"/>
          </w:tcPr>
          <w:p w14:paraId="2652B631" w14:textId="77777777" w:rsidR="00427A0D" w:rsidRPr="00771855" w:rsidRDefault="00FD6F02" w:rsidP="00771855">
            <w:pPr>
              <w:pStyle w:val="Heading2"/>
              <w:rPr>
                <w:i/>
                <w:color w:val="21004D"/>
              </w:rPr>
            </w:pPr>
            <w:r w:rsidRPr="00771855">
              <w:rPr>
                <w:color w:val="21004D"/>
              </w:rPr>
              <w:t>Contact Phone Number</w:t>
            </w:r>
          </w:p>
        </w:tc>
        <w:tc>
          <w:tcPr>
            <w:tcW w:w="7240" w:type="dxa"/>
            <w:gridSpan w:val="2"/>
            <w:tcBorders>
              <w:top w:val="single" w:sz="4" w:space="0" w:color="D5D1EB"/>
              <w:left w:val="single" w:sz="4" w:space="0" w:color="D5D1EB"/>
              <w:bottom w:val="single" w:sz="4" w:space="0" w:color="D5D1EB"/>
              <w:right w:val="single" w:sz="4" w:space="0" w:color="D5D1EB"/>
            </w:tcBorders>
            <w:shd w:val="clear" w:color="auto" w:fill="FFFFFF" w:themeFill="background1"/>
            <w:tcMar>
              <w:top w:w="115" w:type="dxa"/>
              <w:left w:w="130" w:type="dxa"/>
              <w:bottom w:w="115" w:type="dxa"/>
              <w:right w:w="130" w:type="dxa"/>
            </w:tcMar>
            <w:vAlign w:val="center"/>
          </w:tcPr>
          <w:p w14:paraId="608DEACE" w14:textId="77777777" w:rsidR="00427A0D" w:rsidRDefault="00FD6F02">
            <w:pPr>
              <w:spacing w:after="0" w:line="259" w:lineRule="auto"/>
              <w:rPr>
                <w:rFonts w:cs="Arial"/>
                <w:sz w:val="18"/>
                <w:szCs w:val="18"/>
              </w:rPr>
            </w:pPr>
            <w:r w:rsidRPr="01D5A0AA">
              <w:rPr>
                <w:rFonts w:cs="Arial"/>
                <w:sz w:val="18"/>
                <w:szCs w:val="18"/>
              </w:rPr>
              <w:t xml:space="preserve"> </w:t>
            </w:r>
          </w:p>
        </w:tc>
      </w:tr>
      <w:tr w:rsidR="00427A0D" w14:paraId="3B005EC5" w14:textId="77777777" w:rsidTr="01D5A0AA">
        <w:tblPrEx>
          <w:tblBorders>
            <w:top w:val="single" w:sz="4" w:space="0" w:color="D5D1EB"/>
            <w:left w:val="single" w:sz="4" w:space="0" w:color="D5D1EB"/>
            <w:bottom w:val="single" w:sz="4" w:space="0" w:color="D5D1EB"/>
            <w:right w:val="single" w:sz="4" w:space="0" w:color="D5D1EB"/>
            <w:insideH w:val="single" w:sz="4" w:space="0" w:color="D5D1EB"/>
            <w:insideV w:val="single" w:sz="4" w:space="0" w:color="D5D1EB"/>
          </w:tblBorders>
        </w:tblPrEx>
        <w:trPr>
          <w:jc w:val="center"/>
        </w:trPr>
        <w:tc>
          <w:tcPr>
            <w:tcW w:w="3168" w:type="dxa"/>
            <w:tcBorders>
              <w:top w:val="single" w:sz="4" w:space="0" w:color="D5D1EB"/>
              <w:left w:val="single" w:sz="4" w:space="0" w:color="D5D1EB"/>
              <w:bottom w:val="single" w:sz="4" w:space="0" w:color="D5D1EB"/>
              <w:right w:val="single" w:sz="4" w:space="0" w:color="D5D1EB"/>
            </w:tcBorders>
            <w:shd w:val="clear" w:color="auto" w:fill="EDECF6"/>
            <w:tcMar>
              <w:top w:w="115" w:type="dxa"/>
              <w:left w:w="130" w:type="dxa"/>
              <w:bottom w:w="115" w:type="dxa"/>
              <w:right w:w="130" w:type="dxa"/>
            </w:tcMar>
            <w:vAlign w:val="center"/>
          </w:tcPr>
          <w:p w14:paraId="0594955B" w14:textId="549022CD" w:rsidR="00427A0D" w:rsidRPr="00771855" w:rsidRDefault="00FD6F02" w:rsidP="00771855">
            <w:pPr>
              <w:pStyle w:val="Heading2"/>
              <w:rPr>
                <w:i/>
                <w:color w:val="21004D"/>
              </w:rPr>
            </w:pPr>
            <w:r w:rsidRPr="00771855">
              <w:rPr>
                <w:color w:val="21004D"/>
              </w:rPr>
              <w:t>Company</w:t>
            </w:r>
            <w:r w:rsidR="008334EE" w:rsidRPr="00771855">
              <w:rPr>
                <w:color w:val="21004D"/>
              </w:rPr>
              <w:t xml:space="preserve"> name (ex., Do you have an LLC?)</w:t>
            </w:r>
          </w:p>
        </w:tc>
        <w:tc>
          <w:tcPr>
            <w:tcW w:w="7240" w:type="dxa"/>
            <w:gridSpan w:val="2"/>
            <w:tcBorders>
              <w:top w:val="single" w:sz="4" w:space="0" w:color="D5D1EB"/>
              <w:left w:val="single" w:sz="4" w:space="0" w:color="D5D1EB"/>
              <w:bottom w:val="single" w:sz="4" w:space="0" w:color="D5D1EB"/>
              <w:right w:val="single" w:sz="4" w:space="0" w:color="D5D1EB"/>
            </w:tcBorders>
            <w:shd w:val="clear" w:color="auto" w:fill="FFFFFF" w:themeFill="background1"/>
            <w:tcMar>
              <w:top w:w="115" w:type="dxa"/>
              <w:left w:w="130" w:type="dxa"/>
              <w:bottom w:w="115" w:type="dxa"/>
              <w:right w:w="130" w:type="dxa"/>
            </w:tcMar>
            <w:vAlign w:val="center"/>
          </w:tcPr>
          <w:p w14:paraId="2BAC6FC9" w14:textId="77777777" w:rsidR="00427A0D" w:rsidRDefault="00FD6F02">
            <w:pPr>
              <w:spacing w:after="0" w:line="259" w:lineRule="auto"/>
              <w:rPr>
                <w:rFonts w:cs="Arial"/>
                <w:sz w:val="18"/>
                <w:szCs w:val="18"/>
              </w:rPr>
            </w:pPr>
            <w:r w:rsidRPr="01D5A0AA">
              <w:rPr>
                <w:rFonts w:cs="Arial"/>
                <w:sz w:val="18"/>
                <w:szCs w:val="18"/>
              </w:rPr>
              <w:t xml:space="preserve"> </w:t>
            </w:r>
          </w:p>
        </w:tc>
      </w:tr>
      <w:tr w:rsidR="008A76D9" w14:paraId="0CF1A918" w14:textId="77777777" w:rsidTr="01D5A0AA">
        <w:tblPrEx>
          <w:tblBorders>
            <w:top w:val="single" w:sz="4" w:space="0" w:color="D5D1EB"/>
            <w:left w:val="single" w:sz="4" w:space="0" w:color="D5D1EB"/>
            <w:bottom w:val="single" w:sz="4" w:space="0" w:color="D5D1EB"/>
            <w:right w:val="single" w:sz="4" w:space="0" w:color="D5D1EB"/>
            <w:insideH w:val="single" w:sz="4" w:space="0" w:color="D5D1EB"/>
            <w:insideV w:val="single" w:sz="4" w:space="0" w:color="D5D1EB"/>
          </w:tblBorders>
        </w:tblPrEx>
        <w:trPr>
          <w:jc w:val="center"/>
        </w:trPr>
        <w:tc>
          <w:tcPr>
            <w:tcW w:w="3168" w:type="dxa"/>
            <w:tcBorders>
              <w:top w:val="single" w:sz="4" w:space="0" w:color="D5D1EB"/>
              <w:left w:val="single" w:sz="4" w:space="0" w:color="D5D1EB"/>
              <w:bottom w:val="single" w:sz="4" w:space="0" w:color="D5D1EB"/>
              <w:right w:val="single" w:sz="4" w:space="0" w:color="D5D1EB"/>
            </w:tcBorders>
            <w:shd w:val="clear" w:color="auto" w:fill="EDECF6"/>
            <w:tcMar>
              <w:top w:w="115" w:type="dxa"/>
              <w:left w:w="130" w:type="dxa"/>
              <w:bottom w:w="115" w:type="dxa"/>
              <w:right w:w="130" w:type="dxa"/>
            </w:tcMar>
            <w:vAlign w:val="center"/>
          </w:tcPr>
          <w:p w14:paraId="34F66ACE" w14:textId="3D37DD93" w:rsidR="008A76D9" w:rsidRPr="00771855" w:rsidRDefault="008A76D9" w:rsidP="00771855">
            <w:pPr>
              <w:pStyle w:val="Heading2"/>
              <w:rPr>
                <w:i/>
                <w:color w:val="21004D"/>
              </w:rPr>
            </w:pPr>
            <w:r w:rsidRPr="00771855">
              <w:rPr>
                <w:color w:val="21004D"/>
              </w:rPr>
              <w:t>Street Address</w:t>
            </w:r>
          </w:p>
        </w:tc>
        <w:tc>
          <w:tcPr>
            <w:tcW w:w="7240" w:type="dxa"/>
            <w:gridSpan w:val="2"/>
            <w:tcBorders>
              <w:top w:val="single" w:sz="4" w:space="0" w:color="D5D1EB"/>
              <w:left w:val="single" w:sz="4" w:space="0" w:color="D5D1EB"/>
              <w:bottom w:val="single" w:sz="4" w:space="0" w:color="D5D1EB"/>
              <w:right w:val="single" w:sz="4" w:space="0" w:color="D5D1EB"/>
            </w:tcBorders>
            <w:shd w:val="clear" w:color="auto" w:fill="FFFFFF" w:themeFill="background1"/>
            <w:tcMar>
              <w:top w:w="115" w:type="dxa"/>
              <w:left w:w="130" w:type="dxa"/>
              <w:bottom w:w="115" w:type="dxa"/>
              <w:right w:w="130" w:type="dxa"/>
            </w:tcMar>
            <w:vAlign w:val="center"/>
          </w:tcPr>
          <w:p w14:paraId="6C6C2C70" w14:textId="77777777" w:rsidR="008A76D9" w:rsidRDefault="008A76D9">
            <w:pPr>
              <w:spacing w:after="0" w:line="259" w:lineRule="auto"/>
              <w:rPr>
                <w:rFonts w:cs="Arial"/>
                <w:sz w:val="18"/>
                <w:szCs w:val="18"/>
              </w:rPr>
            </w:pPr>
          </w:p>
        </w:tc>
      </w:tr>
      <w:tr w:rsidR="00427A0D" w14:paraId="4ACD67C0" w14:textId="77777777" w:rsidTr="01D5A0AA">
        <w:tblPrEx>
          <w:tblBorders>
            <w:top w:val="single" w:sz="4" w:space="0" w:color="D5D1EB"/>
            <w:left w:val="single" w:sz="4" w:space="0" w:color="D5D1EB"/>
            <w:bottom w:val="single" w:sz="4" w:space="0" w:color="D5D1EB"/>
            <w:right w:val="single" w:sz="4" w:space="0" w:color="D5D1EB"/>
            <w:insideH w:val="single" w:sz="4" w:space="0" w:color="D5D1EB"/>
            <w:insideV w:val="single" w:sz="4" w:space="0" w:color="D5D1EB"/>
          </w:tblBorders>
        </w:tblPrEx>
        <w:trPr>
          <w:jc w:val="center"/>
        </w:trPr>
        <w:tc>
          <w:tcPr>
            <w:tcW w:w="3168" w:type="dxa"/>
            <w:tcBorders>
              <w:top w:val="single" w:sz="4" w:space="0" w:color="D5D1EB"/>
              <w:left w:val="single" w:sz="4" w:space="0" w:color="D5D1EB"/>
              <w:bottom w:val="single" w:sz="4" w:space="0" w:color="D5D1EB"/>
              <w:right w:val="single" w:sz="4" w:space="0" w:color="D5D1EB"/>
            </w:tcBorders>
            <w:shd w:val="clear" w:color="auto" w:fill="EDECF6"/>
            <w:tcMar>
              <w:top w:w="115" w:type="dxa"/>
              <w:left w:w="130" w:type="dxa"/>
              <w:bottom w:w="115" w:type="dxa"/>
              <w:right w:w="130" w:type="dxa"/>
            </w:tcMar>
            <w:vAlign w:val="center"/>
          </w:tcPr>
          <w:p w14:paraId="0A970983" w14:textId="52C890D9" w:rsidR="00427A0D" w:rsidRPr="00771855" w:rsidRDefault="008A76D9" w:rsidP="00771855">
            <w:pPr>
              <w:pStyle w:val="Heading2"/>
              <w:rPr>
                <w:i/>
                <w:color w:val="21004D"/>
              </w:rPr>
            </w:pPr>
            <w:r w:rsidRPr="00771855">
              <w:rPr>
                <w:color w:val="21004D"/>
              </w:rPr>
              <w:t>State</w:t>
            </w:r>
          </w:p>
        </w:tc>
        <w:tc>
          <w:tcPr>
            <w:tcW w:w="7240" w:type="dxa"/>
            <w:gridSpan w:val="2"/>
            <w:tcBorders>
              <w:top w:val="single" w:sz="4" w:space="0" w:color="D5D1EB"/>
              <w:left w:val="single" w:sz="4" w:space="0" w:color="D5D1EB"/>
              <w:bottom w:val="single" w:sz="4" w:space="0" w:color="D5D1EB"/>
              <w:right w:val="single" w:sz="4" w:space="0" w:color="D5D1EB"/>
            </w:tcBorders>
            <w:shd w:val="clear" w:color="auto" w:fill="FFFFFF" w:themeFill="background1"/>
            <w:tcMar>
              <w:top w:w="115" w:type="dxa"/>
              <w:left w:w="130" w:type="dxa"/>
              <w:bottom w:w="115" w:type="dxa"/>
              <w:right w:w="130" w:type="dxa"/>
            </w:tcMar>
            <w:vAlign w:val="center"/>
          </w:tcPr>
          <w:p w14:paraId="156A6281" w14:textId="77777777" w:rsidR="00427A0D" w:rsidRDefault="00FD6F02">
            <w:pPr>
              <w:spacing w:after="0" w:line="259" w:lineRule="auto"/>
              <w:rPr>
                <w:rFonts w:cs="Arial"/>
                <w:sz w:val="18"/>
                <w:szCs w:val="18"/>
              </w:rPr>
            </w:pPr>
            <w:r w:rsidRPr="01D5A0AA">
              <w:rPr>
                <w:rFonts w:cs="Arial"/>
                <w:sz w:val="18"/>
                <w:szCs w:val="18"/>
              </w:rPr>
              <w:t xml:space="preserve"> </w:t>
            </w:r>
          </w:p>
        </w:tc>
      </w:tr>
      <w:tr w:rsidR="00427A0D" w14:paraId="6A454F63" w14:textId="77777777" w:rsidTr="01D5A0AA">
        <w:tblPrEx>
          <w:tblBorders>
            <w:top w:val="single" w:sz="4" w:space="0" w:color="D5D1EB"/>
            <w:left w:val="single" w:sz="4" w:space="0" w:color="D5D1EB"/>
            <w:bottom w:val="single" w:sz="4" w:space="0" w:color="D5D1EB"/>
            <w:right w:val="single" w:sz="4" w:space="0" w:color="D5D1EB"/>
            <w:insideH w:val="single" w:sz="4" w:space="0" w:color="D5D1EB"/>
            <w:insideV w:val="single" w:sz="4" w:space="0" w:color="D5D1EB"/>
          </w:tblBorders>
        </w:tblPrEx>
        <w:trPr>
          <w:jc w:val="center"/>
        </w:trPr>
        <w:tc>
          <w:tcPr>
            <w:tcW w:w="3168" w:type="dxa"/>
            <w:tcBorders>
              <w:top w:val="single" w:sz="4" w:space="0" w:color="D5D1EB"/>
              <w:left w:val="single" w:sz="4" w:space="0" w:color="D5D1EB"/>
              <w:bottom w:val="single" w:sz="4" w:space="0" w:color="D5D1EB"/>
              <w:right w:val="single" w:sz="4" w:space="0" w:color="D5D1EB"/>
            </w:tcBorders>
            <w:shd w:val="clear" w:color="auto" w:fill="EDECF6"/>
            <w:tcMar>
              <w:top w:w="115" w:type="dxa"/>
              <w:left w:w="130" w:type="dxa"/>
              <w:bottom w:w="115" w:type="dxa"/>
              <w:right w:w="130" w:type="dxa"/>
            </w:tcMar>
            <w:vAlign w:val="center"/>
          </w:tcPr>
          <w:p w14:paraId="02AFDB51" w14:textId="5B2CD7EF" w:rsidR="00427A0D" w:rsidRPr="00771855" w:rsidRDefault="008A76D9" w:rsidP="00771855">
            <w:pPr>
              <w:pStyle w:val="Heading2"/>
              <w:rPr>
                <w:i/>
                <w:color w:val="21004D"/>
              </w:rPr>
            </w:pPr>
            <w:r w:rsidRPr="00771855">
              <w:rPr>
                <w:color w:val="21004D"/>
              </w:rPr>
              <w:t>Country</w:t>
            </w:r>
          </w:p>
        </w:tc>
        <w:tc>
          <w:tcPr>
            <w:tcW w:w="7240" w:type="dxa"/>
            <w:gridSpan w:val="2"/>
            <w:tcBorders>
              <w:top w:val="single" w:sz="4" w:space="0" w:color="D5D1EB"/>
              <w:left w:val="single" w:sz="4" w:space="0" w:color="D5D1EB"/>
              <w:bottom w:val="single" w:sz="4" w:space="0" w:color="D5D1EB"/>
              <w:right w:val="single" w:sz="4" w:space="0" w:color="D5D1EB"/>
            </w:tcBorders>
            <w:shd w:val="clear" w:color="auto" w:fill="FFFFFF" w:themeFill="background1"/>
            <w:tcMar>
              <w:top w:w="115" w:type="dxa"/>
              <w:left w:w="130" w:type="dxa"/>
              <w:bottom w:w="115" w:type="dxa"/>
              <w:right w:w="130" w:type="dxa"/>
            </w:tcMar>
            <w:vAlign w:val="center"/>
          </w:tcPr>
          <w:p w14:paraId="20876B09" w14:textId="77777777" w:rsidR="00427A0D" w:rsidRDefault="00FD6F02">
            <w:pPr>
              <w:spacing w:after="0" w:line="259" w:lineRule="auto"/>
              <w:rPr>
                <w:rFonts w:cs="Arial"/>
                <w:sz w:val="18"/>
                <w:szCs w:val="18"/>
              </w:rPr>
            </w:pPr>
            <w:r w:rsidRPr="01D5A0AA">
              <w:rPr>
                <w:rFonts w:cs="Arial"/>
                <w:sz w:val="18"/>
                <w:szCs w:val="18"/>
              </w:rPr>
              <w:t xml:space="preserve"> </w:t>
            </w:r>
          </w:p>
        </w:tc>
      </w:tr>
      <w:tr w:rsidR="00427A0D" w14:paraId="34C68EF4" w14:textId="77777777" w:rsidTr="01D5A0AA">
        <w:tblPrEx>
          <w:tblBorders>
            <w:top w:val="single" w:sz="4" w:space="0" w:color="D5D1EB"/>
            <w:left w:val="single" w:sz="4" w:space="0" w:color="D5D1EB"/>
            <w:bottom w:val="single" w:sz="4" w:space="0" w:color="D5D1EB"/>
            <w:right w:val="single" w:sz="4" w:space="0" w:color="D5D1EB"/>
            <w:insideH w:val="single" w:sz="4" w:space="0" w:color="D5D1EB"/>
            <w:insideV w:val="single" w:sz="4" w:space="0" w:color="D5D1EB"/>
          </w:tblBorders>
        </w:tblPrEx>
        <w:trPr>
          <w:jc w:val="center"/>
        </w:trPr>
        <w:tc>
          <w:tcPr>
            <w:tcW w:w="3168" w:type="dxa"/>
            <w:tcBorders>
              <w:top w:val="single" w:sz="4" w:space="0" w:color="D5D1EB"/>
              <w:left w:val="single" w:sz="4" w:space="0" w:color="D5D1EB"/>
              <w:bottom w:val="single" w:sz="4" w:space="0" w:color="D5D1EB"/>
              <w:right w:val="single" w:sz="4" w:space="0" w:color="D5D1EB"/>
            </w:tcBorders>
            <w:shd w:val="clear" w:color="auto" w:fill="EDECF6"/>
            <w:tcMar>
              <w:top w:w="115" w:type="dxa"/>
              <w:left w:w="130" w:type="dxa"/>
              <w:bottom w:w="115" w:type="dxa"/>
              <w:right w:w="130" w:type="dxa"/>
            </w:tcMar>
            <w:vAlign w:val="center"/>
          </w:tcPr>
          <w:p w14:paraId="76CBDCB4" w14:textId="5B13D9E6" w:rsidR="00427A0D" w:rsidRPr="00771855" w:rsidRDefault="0034484D" w:rsidP="00771855">
            <w:pPr>
              <w:pStyle w:val="Heading2"/>
              <w:rPr>
                <w:i/>
                <w:color w:val="21004D"/>
              </w:rPr>
            </w:pPr>
            <w:r w:rsidRPr="00771855">
              <w:rPr>
                <w:color w:val="21004D"/>
              </w:rPr>
              <w:t>Presenter Bio (80 words)</w:t>
            </w:r>
          </w:p>
        </w:tc>
        <w:tc>
          <w:tcPr>
            <w:tcW w:w="7240" w:type="dxa"/>
            <w:gridSpan w:val="2"/>
            <w:tcBorders>
              <w:top w:val="single" w:sz="4" w:space="0" w:color="D5D1EB"/>
              <w:left w:val="single" w:sz="4" w:space="0" w:color="D5D1EB"/>
              <w:bottom w:val="single" w:sz="4" w:space="0" w:color="D5D1EB"/>
              <w:right w:val="single" w:sz="4" w:space="0" w:color="D5D1EB"/>
            </w:tcBorders>
            <w:shd w:val="clear" w:color="auto" w:fill="FFFFFF" w:themeFill="background1"/>
            <w:tcMar>
              <w:top w:w="115" w:type="dxa"/>
              <w:left w:w="130" w:type="dxa"/>
              <w:bottom w:w="115" w:type="dxa"/>
              <w:right w:w="130" w:type="dxa"/>
            </w:tcMar>
            <w:vAlign w:val="center"/>
          </w:tcPr>
          <w:p w14:paraId="54F9AE05" w14:textId="3CE99950" w:rsidR="00427A0D" w:rsidRDefault="00FD6F02">
            <w:pPr>
              <w:spacing w:after="0" w:line="259" w:lineRule="auto"/>
              <w:rPr>
                <w:rFonts w:cs="Arial"/>
                <w:sz w:val="18"/>
                <w:szCs w:val="18"/>
              </w:rPr>
            </w:pPr>
            <w:r w:rsidRPr="01D5A0AA">
              <w:rPr>
                <w:rFonts w:cs="Arial"/>
                <w:sz w:val="18"/>
                <w:szCs w:val="18"/>
              </w:rPr>
              <w:t xml:space="preserve"> </w:t>
            </w:r>
          </w:p>
        </w:tc>
      </w:tr>
    </w:tbl>
    <w:p w14:paraId="267EDEB3" w14:textId="77777777" w:rsidR="004E6101" w:rsidRDefault="004E6101"/>
    <w:tbl>
      <w:tblPr>
        <w:tblW w:w="0" w:type="auto"/>
        <w:jc w:val="center"/>
        <w:tblBorders>
          <w:top w:val="single" w:sz="4" w:space="0" w:color="0D004D"/>
          <w:left w:val="single" w:sz="4" w:space="0" w:color="0D004D"/>
          <w:bottom w:val="single" w:sz="4" w:space="0" w:color="0D004D"/>
          <w:right w:val="single" w:sz="4" w:space="0" w:color="0D004D"/>
          <w:insideH w:val="single" w:sz="4" w:space="0" w:color="0D004D"/>
          <w:insideV w:val="single" w:sz="4" w:space="0" w:color="0D004D"/>
        </w:tblBorders>
        <w:tblLayout w:type="fixed"/>
        <w:tblLook w:val="04A0" w:firstRow="1" w:lastRow="0" w:firstColumn="1" w:lastColumn="0" w:noHBand="0" w:noVBand="1"/>
      </w:tblPr>
      <w:tblGrid>
        <w:gridCol w:w="3168"/>
        <w:gridCol w:w="7200"/>
        <w:gridCol w:w="40"/>
        <w:gridCol w:w="10"/>
        <w:gridCol w:w="47"/>
      </w:tblGrid>
      <w:tr w:rsidR="00AB65B0" w14:paraId="775AE06B" w14:textId="77777777" w:rsidTr="00707485">
        <w:trPr>
          <w:gridAfter w:val="3"/>
          <w:wAfter w:w="97" w:type="dxa"/>
          <w:jc w:val="center"/>
        </w:trPr>
        <w:tc>
          <w:tcPr>
            <w:tcW w:w="10368" w:type="dxa"/>
            <w:gridSpan w:val="2"/>
            <w:shd w:val="clear" w:color="auto" w:fill="0D004D"/>
            <w:tcMar>
              <w:top w:w="130" w:type="dxa"/>
              <w:left w:w="170" w:type="dxa"/>
              <w:bottom w:w="130" w:type="dxa"/>
              <w:right w:w="170" w:type="dxa"/>
            </w:tcMar>
          </w:tcPr>
          <w:p w14:paraId="67F6850B" w14:textId="5490F03C" w:rsidR="00AB65B0" w:rsidRDefault="00AB65B0" w:rsidP="00771855">
            <w:pPr>
              <w:pStyle w:val="Heading1"/>
              <w:rPr>
                <w:rStyle w:val="TitleChar"/>
                <w:rFonts w:ascii="Arial" w:eastAsia="Arial" w:hAnsi="Arial" w:cs="Arial"/>
                <w:color w:val="FFFFFF" w:themeColor="background1"/>
                <w:sz w:val="28"/>
                <w:szCs w:val="28"/>
              </w:rPr>
            </w:pPr>
            <w:r w:rsidRPr="01D5A0AA">
              <w:rPr>
                <w:rStyle w:val="TitleChar"/>
                <w:rFonts w:ascii="Arial" w:eastAsia="Arial" w:hAnsi="Arial" w:cs="Arial"/>
                <w:color w:val="FFFFFF" w:themeColor="background1"/>
                <w:sz w:val="28"/>
                <w:szCs w:val="28"/>
              </w:rPr>
              <w:lastRenderedPageBreak/>
              <w:t>Program Information</w:t>
            </w:r>
          </w:p>
        </w:tc>
      </w:tr>
      <w:tr w:rsidR="00AB65B0" w14:paraId="748369C5" w14:textId="77777777" w:rsidTr="01D5A0AA">
        <w:tblPrEx>
          <w:tblBorders>
            <w:top w:val="single" w:sz="4" w:space="0" w:color="D5D1EB"/>
            <w:left w:val="single" w:sz="4" w:space="0" w:color="D5D1EB"/>
            <w:bottom w:val="single" w:sz="4" w:space="0" w:color="D5D1EB"/>
            <w:right w:val="single" w:sz="4" w:space="0" w:color="D5D1EB"/>
            <w:insideH w:val="single" w:sz="4" w:space="0" w:color="D5D1EB"/>
            <w:insideV w:val="single" w:sz="4" w:space="0" w:color="D5D1EB"/>
          </w:tblBorders>
        </w:tblPrEx>
        <w:trPr>
          <w:gridAfter w:val="2"/>
          <w:wAfter w:w="57" w:type="dxa"/>
          <w:jc w:val="center"/>
        </w:trPr>
        <w:tc>
          <w:tcPr>
            <w:tcW w:w="3168" w:type="dxa"/>
            <w:tcBorders>
              <w:top w:val="single" w:sz="4" w:space="0" w:color="D5D1EB"/>
              <w:left w:val="single" w:sz="4" w:space="0" w:color="D5D1EB"/>
              <w:bottom w:val="single" w:sz="4" w:space="0" w:color="D5D1EB"/>
              <w:right w:val="single" w:sz="4" w:space="0" w:color="D5D1EB"/>
            </w:tcBorders>
            <w:shd w:val="clear" w:color="auto" w:fill="EDECF6"/>
            <w:tcMar>
              <w:top w:w="115" w:type="dxa"/>
              <w:left w:w="130" w:type="dxa"/>
              <w:bottom w:w="115" w:type="dxa"/>
              <w:right w:w="130" w:type="dxa"/>
            </w:tcMar>
            <w:vAlign w:val="center"/>
          </w:tcPr>
          <w:p w14:paraId="74605883" w14:textId="77777777" w:rsidR="00AB65B0" w:rsidRPr="00771855" w:rsidRDefault="00AB65B0" w:rsidP="00771855">
            <w:pPr>
              <w:pStyle w:val="Heading2"/>
              <w:rPr>
                <w:i/>
                <w:color w:val="21004D"/>
              </w:rPr>
            </w:pPr>
            <w:r w:rsidRPr="00771855">
              <w:rPr>
                <w:color w:val="21004D"/>
              </w:rPr>
              <w:t>Presentation Title (80 characters or less)</w:t>
            </w:r>
          </w:p>
        </w:tc>
        <w:tc>
          <w:tcPr>
            <w:tcW w:w="7240" w:type="dxa"/>
            <w:gridSpan w:val="2"/>
            <w:tcBorders>
              <w:top w:val="single" w:sz="4" w:space="0" w:color="D5D1EB"/>
              <w:left w:val="single" w:sz="4" w:space="0" w:color="D5D1EB"/>
              <w:bottom w:val="single" w:sz="4" w:space="0" w:color="D5D1EB"/>
              <w:right w:val="single" w:sz="4" w:space="0" w:color="D5D1EB"/>
            </w:tcBorders>
            <w:shd w:val="clear" w:color="auto" w:fill="FFFFFF" w:themeFill="background1"/>
            <w:tcMar>
              <w:top w:w="115" w:type="dxa"/>
              <w:left w:w="130" w:type="dxa"/>
              <w:bottom w:w="115" w:type="dxa"/>
              <w:right w:w="130" w:type="dxa"/>
            </w:tcMar>
            <w:vAlign w:val="center"/>
          </w:tcPr>
          <w:p w14:paraId="2F308C4E" w14:textId="77777777" w:rsidR="00AB65B0" w:rsidRDefault="00AB65B0" w:rsidP="00707485">
            <w:pPr>
              <w:spacing w:after="0" w:line="259" w:lineRule="auto"/>
              <w:rPr>
                <w:rFonts w:cs="Arial"/>
                <w:sz w:val="18"/>
                <w:szCs w:val="18"/>
              </w:rPr>
            </w:pPr>
            <w:r w:rsidRPr="01D5A0AA">
              <w:rPr>
                <w:rFonts w:cs="Arial"/>
                <w:sz w:val="18"/>
                <w:szCs w:val="18"/>
              </w:rPr>
              <w:t xml:space="preserve"> </w:t>
            </w:r>
          </w:p>
        </w:tc>
      </w:tr>
      <w:tr w:rsidR="00A80591" w14:paraId="35FD2C07" w14:textId="77777777" w:rsidTr="01D5A0AA">
        <w:tblPrEx>
          <w:tblBorders>
            <w:top w:val="single" w:sz="4" w:space="0" w:color="D5D1EB"/>
            <w:left w:val="single" w:sz="4" w:space="0" w:color="D5D1EB"/>
            <w:bottom w:val="single" w:sz="4" w:space="0" w:color="D5D1EB"/>
            <w:right w:val="single" w:sz="4" w:space="0" w:color="D5D1EB"/>
            <w:insideH w:val="single" w:sz="4" w:space="0" w:color="D5D1EB"/>
            <w:insideV w:val="single" w:sz="4" w:space="0" w:color="D5D1EB"/>
          </w:tblBorders>
        </w:tblPrEx>
        <w:trPr>
          <w:gridAfter w:val="2"/>
          <w:wAfter w:w="57" w:type="dxa"/>
          <w:jc w:val="center"/>
        </w:trPr>
        <w:tc>
          <w:tcPr>
            <w:tcW w:w="3168" w:type="dxa"/>
            <w:tcBorders>
              <w:top w:val="single" w:sz="4" w:space="0" w:color="D5D1EB"/>
              <w:left w:val="single" w:sz="4" w:space="0" w:color="D5D1EB"/>
              <w:bottom w:val="single" w:sz="4" w:space="0" w:color="D5D1EB"/>
              <w:right w:val="single" w:sz="4" w:space="0" w:color="D5D1EB"/>
            </w:tcBorders>
            <w:shd w:val="clear" w:color="auto" w:fill="EDECF6"/>
            <w:tcMar>
              <w:top w:w="115" w:type="dxa"/>
              <w:left w:w="130" w:type="dxa"/>
              <w:bottom w:w="115" w:type="dxa"/>
              <w:right w:w="130" w:type="dxa"/>
            </w:tcMar>
            <w:vAlign w:val="center"/>
          </w:tcPr>
          <w:p w14:paraId="707D97CF" w14:textId="7C538504" w:rsidR="00A80591" w:rsidRPr="00771855" w:rsidRDefault="00A80591" w:rsidP="00771855">
            <w:pPr>
              <w:pStyle w:val="Heading2"/>
              <w:rPr>
                <w:i/>
                <w:color w:val="21004D"/>
              </w:rPr>
            </w:pPr>
            <w:r w:rsidRPr="00771855">
              <w:rPr>
                <w:color w:val="21004D"/>
              </w:rPr>
              <w:t>Short Description</w:t>
            </w:r>
          </w:p>
        </w:tc>
        <w:tc>
          <w:tcPr>
            <w:tcW w:w="7240" w:type="dxa"/>
            <w:gridSpan w:val="2"/>
            <w:tcBorders>
              <w:top w:val="single" w:sz="4" w:space="0" w:color="D5D1EB"/>
              <w:left w:val="single" w:sz="4" w:space="0" w:color="D5D1EB"/>
              <w:bottom w:val="single" w:sz="4" w:space="0" w:color="D5D1EB"/>
              <w:right w:val="single" w:sz="4" w:space="0" w:color="D5D1EB"/>
            </w:tcBorders>
            <w:shd w:val="clear" w:color="auto" w:fill="FFFFFF" w:themeFill="background1"/>
            <w:tcMar>
              <w:top w:w="115" w:type="dxa"/>
              <w:left w:w="130" w:type="dxa"/>
              <w:bottom w:w="115" w:type="dxa"/>
              <w:right w:w="130" w:type="dxa"/>
            </w:tcMar>
            <w:vAlign w:val="center"/>
          </w:tcPr>
          <w:p w14:paraId="1D35DA1C" w14:textId="77777777" w:rsidR="00A80591" w:rsidRDefault="00A80591" w:rsidP="00A80591">
            <w:pPr>
              <w:spacing w:after="0" w:line="259" w:lineRule="auto"/>
              <w:rPr>
                <w:rFonts w:cs="Arial"/>
                <w:sz w:val="18"/>
                <w:szCs w:val="18"/>
              </w:rPr>
            </w:pPr>
            <w:r w:rsidRPr="01D5A0AA">
              <w:rPr>
                <w:rFonts w:cs="Arial"/>
                <w:sz w:val="18"/>
                <w:szCs w:val="18"/>
              </w:rPr>
              <w:t xml:space="preserve"> </w:t>
            </w:r>
          </w:p>
        </w:tc>
      </w:tr>
      <w:tr w:rsidR="00A80591" w14:paraId="657F98FE" w14:textId="77777777" w:rsidTr="01D5A0AA">
        <w:tblPrEx>
          <w:tblBorders>
            <w:top w:val="single" w:sz="4" w:space="0" w:color="D5D1EB"/>
            <w:left w:val="single" w:sz="4" w:space="0" w:color="D5D1EB"/>
            <w:bottom w:val="single" w:sz="4" w:space="0" w:color="D5D1EB"/>
            <w:right w:val="single" w:sz="4" w:space="0" w:color="D5D1EB"/>
            <w:insideH w:val="single" w:sz="4" w:space="0" w:color="D5D1EB"/>
            <w:insideV w:val="single" w:sz="4" w:space="0" w:color="D5D1EB"/>
          </w:tblBorders>
        </w:tblPrEx>
        <w:trPr>
          <w:gridAfter w:val="2"/>
          <w:wAfter w:w="57" w:type="dxa"/>
          <w:jc w:val="center"/>
        </w:trPr>
        <w:tc>
          <w:tcPr>
            <w:tcW w:w="3168" w:type="dxa"/>
            <w:tcBorders>
              <w:top w:val="single" w:sz="4" w:space="0" w:color="D5D1EB"/>
              <w:left w:val="single" w:sz="4" w:space="0" w:color="D5D1EB"/>
              <w:bottom w:val="single" w:sz="4" w:space="0" w:color="D5D1EB"/>
              <w:right w:val="single" w:sz="4" w:space="0" w:color="D5D1EB"/>
            </w:tcBorders>
            <w:shd w:val="clear" w:color="auto" w:fill="EDECF6"/>
            <w:tcMar>
              <w:top w:w="115" w:type="dxa"/>
              <w:left w:w="130" w:type="dxa"/>
              <w:bottom w:w="115" w:type="dxa"/>
              <w:right w:w="130" w:type="dxa"/>
            </w:tcMar>
            <w:vAlign w:val="center"/>
          </w:tcPr>
          <w:p w14:paraId="4C8EE9CD" w14:textId="72A5A266" w:rsidR="00A80591" w:rsidRPr="00771855" w:rsidRDefault="00A80591" w:rsidP="00771855">
            <w:pPr>
              <w:pStyle w:val="Heading2"/>
              <w:rPr>
                <w:i/>
                <w:color w:val="21004D"/>
              </w:rPr>
            </w:pPr>
            <w:r w:rsidRPr="00771855">
              <w:rPr>
                <w:color w:val="21004D"/>
              </w:rPr>
              <w:t>Long Description</w:t>
            </w:r>
          </w:p>
        </w:tc>
        <w:tc>
          <w:tcPr>
            <w:tcW w:w="7240" w:type="dxa"/>
            <w:gridSpan w:val="2"/>
            <w:tcBorders>
              <w:top w:val="single" w:sz="4" w:space="0" w:color="D5D1EB"/>
              <w:left w:val="single" w:sz="4" w:space="0" w:color="D5D1EB"/>
              <w:bottom w:val="single" w:sz="4" w:space="0" w:color="D5D1EB"/>
              <w:right w:val="single" w:sz="4" w:space="0" w:color="D5D1EB"/>
            </w:tcBorders>
            <w:shd w:val="clear" w:color="auto" w:fill="FFFFFF" w:themeFill="background1"/>
            <w:tcMar>
              <w:top w:w="115" w:type="dxa"/>
              <w:left w:w="130" w:type="dxa"/>
              <w:bottom w:w="115" w:type="dxa"/>
              <w:right w:w="130" w:type="dxa"/>
            </w:tcMar>
            <w:vAlign w:val="center"/>
          </w:tcPr>
          <w:p w14:paraId="21AC2E79" w14:textId="77777777" w:rsidR="00A80591" w:rsidRDefault="00A80591" w:rsidP="00A80591">
            <w:pPr>
              <w:spacing w:after="0" w:line="259" w:lineRule="auto"/>
              <w:rPr>
                <w:rFonts w:cs="Arial"/>
                <w:sz w:val="18"/>
                <w:szCs w:val="18"/>
              </w:rPr>
            </w:pPr>
            <w:r w:rsidRPr="01D5A0AA">
              <w:rPr>
                <w:rFonts w:cs="Arial"/>
                <w:sz w:val="18"/>
                <w:szCs w:val="18"/>
              </w:rPr>
              <w:t xml:space="preserve"> </w:t>
            </w:r>
          </w:p>
        </w:tc>
      </w:tr>
      <w:tr w:rsidR="00AB65B0" w14:paraId="6C0B619E" w14:textId="77777777" w:rsidTr="01D5A0AA">
        <w:tblPrEx>
          <w:tblBorders>
            <w:top w:val="single" w:sz="4" w:space="0" w:color="D5D1EB"/>
            <w:left w:val="single" w:sz="4" w:space="0" w:color="D5D1EB"/>
            <w:bottom w:val="single" w:sz="4" w:space="0" w:color="D5D1EB"/>
            <w:right w:val="single" w:sz="4" w:space="0" w:color="D5D1EB"/>
            <w:insideH w:val="single" w:sz="4" w:space="0" w:color="D5D1EB"/>
            <w:insideV w:val="single" w:sz="4" w:space="0" w:color="D5D1EB"/>
          </w:tblBorders>
        </w:tblPrEx>
        <w:trPr>
          <w:gridAfter w:val="2"/>
          <w:wAfter w:w="57" w:type="dxa"/>
          <w:jc w:val="center"/>
        </w:trPr>
        <w:tc>
          <w:tcPr>
            <w:tcW w:w="3168" w:type="dxa"/>
            <w:tcBorders>
              <w:top w:val="single" w:sz="4" w:space="0" w:color="D5D1EB"/>
              <w:left w:val="single" w:sz="4" w:space="0" w:color="D5D1EB"/>
              <w:bottom w:val="single" w:sz="4" w:space="0" w:color="D5D1EB"/>
              <w:right w:val="single" w:sz="4" w:space="0" w:color="D5D1EB"/>
            </w:tcBorders>
            <w:shd w:val="clear" w:color="auto" w:fill="EDECF6"/>
            <w:tcMar>
              <w:top w:w="115" w:type="dxa"/>
              <w:left w:w="130" w:type="dxa"/>
              <w:bottom w:w="115" w:type="dxa"/>
              <w:right w:w="130" w:type="dxa"/>
            </w:tcMar>
            <w:vAlign w:val="center"/>
          </w:tcPr>
          <w:p w14:paraId="6B1D3B96" w14:textId="3E7F856A" w:rsidR="00AB65B0" w:rsidRPr="00771855" w:rsidRDefault="00A80591" w:rsidP="00771855">
            <w:pPr>
              <w:pStyle w:val="Heading2"/>
              <w:rPr>
                <w:i/>
                <w:color w:val="21004D"/>
              </w:rPr>
            </w:pPr>
            <w:r w:rsidRPr="00771855">
              <w:rPr>
                <w:color w:val="21004D"/>
              </w:rPr>
              <w:t>Instructional Level</w:t>
            </w:r>
          </w:p>
        </w:tc>
        <w:tc>
          <w:tcPr>
            <w:tcW w:w="7240" w:type="dxa"/>
            <w:gridSpan w:val="2"/>
            <w:tcBorders>
              <w:top w:val="single" w:sz="4" w:space="0" w:color="D5D1EB"/>
              <w:left w:val="single" w:sz="4" w:space="0" w:color="D5D1EB"/>
              <w:bottom w:val="single" w:sz="4" w:space="0" w:color="D5D1EB"/>
              <w:right w:val="single" w:sz="4" w:space="0" w:color="D5D1EB"/>
            </w:tcBorders>
            <w:shd w:val="clear" w:color="auto" w:fill="FFFFFF" w:themeFill="background1"/>
            <w:tcMar>
              <w:top w:w="115" w:type="dxa"/>
              <w:left w:w="130" w:type="dxa"/>
              <w:bottom w:w="115" w:type="dxa"/>
              <w:right w:w="130" w:type="dxa"/>
            </w:tcMar>
            <w:vAlign w:val="center"/>
          </w:tcPr>
          <w:p w14:paraId="5B83D83C" w14:textId="77777777" w:rsidR="00AB65B0" w:rsidRDefault="00AB65B0" w:rsidP="00707485">
            <w:pPr>
              <w:spacing w:after="0" w:line="259" w:lineRule="auto"/>
              <w:rPr>
                <w:rFonts w:cs="Arial"/>
                <w:sz w:val="18"/>
                <w:szCs w:val="18"/>
              </w:rPr>
            </w:pPr>
            <w:r w:rsidRPr="01D5A0AA">
              <w:rPr>
                <w:rFonts w:cs="Arial"/>
                <w:sz w:val="18"/>
                <w:szCs w:val="18"/>
              </w:rPr>
              <w:t xml:space="preserve"> </w:t>
            </w:r>
          </w:p>
        </w:tc>
      </w:tr>
      <w:tr w:rsidR="00427A0D" w14:paraId="59D73EA2" w14:textId="77777777" w:rsidTr="00F2154D">
        <w:trPr>
          <w:jc w:val="center"/>
        </w:trPr>
        <w:tc>
          <w:tcPr>
            <w:tcW w:w="10465" w:type="dxa"/>
            <w:gridSpan w:val="5"/>
            <w:shd w:val="clear" w:color="auto" w:fill="0D004D"/>
            <w:tcMar>
              <w:top w:w="130" w:type="dxa"/>
              <w:left w:w="170" w:type="dxa"/>
              <w:bottom w:w="130" w:type="dxa"/>
              <w:right w:w="170" w:type="dxa"/>
            </w:tcMar>
          </w:tcPr>
          <w:p w14:paraId="3BFBE170" w14:textId="77777777" w:rsidR="00427A0D" w:rsidRDefault="00FD6F02" w:rsidP="00771855">
            <w:pPr>
              <w:pStyle w:val="Heading1"/>
              <w:rPr>
                <w:rStyle w:val="TitleChar"/>
                <w:rFonts w:ascii="Arial" w:eastAsia="Arial" w:hAnsi="Arial" w:cs="Arial"/>
                <w:color w:val="FFFFFF" w:themeColor="background1"/>
                <w:sz w:val="28"/>
                <w:szCs w:val="28"/>
              </w:rPr>
            </w:pPr>
            <w:r w:rsidRPr="01D5A0AA">
              <w:rPr>
                <w:rStyle w:val="TitleChar"/>
                <w:rFonts w:ascii="Arial" w:eastAsia="Arial" w:hAnsi="Arial" w:cs="Arial"/>
                <w:color w:val="FFFFFF" w:themeColor="background1"/>
                <w:sz w:val="28"/>
                <w:szCs w:val="28"/>
              </w:rPr>
              <w:t>Learning Design</w:t>
            </w:r>
          </w:p>
        </w:tc>
      </w:tr>
      <w:tr w:rsidR="00427A0D" w14:paraId="1D480826" w14:textId="77777777" w:rsidTr="01D5A0AA">
        <w:tblPrEx>
          <w:tblBorders>
            <w:top w:val="single" w:sz="4" w:space="0" w:color="D5D1EB"/>
            <w:left w:val="single" w:sz="4" w:space="0" w:color="D5D1EB"/>
            <w:bottom w:val="single" w:sz="4" w:space="0" w:color="D5D1EB"/>
            <w:right w:val="single" w:sz="4" w:space="0" w:color="D5D1EB"/>
            <w:insideH w:val="single" w:sz="4" w:space="0" w:color="D5D1EB"/>
            <w:insideV w:val="single" w:sz="4" w:space="0" w:color="D5D1EB"/>
          </w:tblBorders>
        </w:tblPrEx>
        <w:trPr>
          <w:jc w:val="center"/>
        </w:trPr>
        <w:tc>
          <w:tcPr>
            <w:tcW w:w="3168" w:type="dxa"/>
            <w:tcBorders>
              <w:top w:val="single" w:sz="4" w:space="0" w:color="D5D1EB"/>
              <w:left w:val="single" w:sz="4" w:space="0" w:color="D5D1EB"/>
              <w:bottom w:val="single" w:sz="4" w:space="0" w:color="D5D1EB"/>
              <w:right w:val="single" w:sz="4" w:space="0" w:color="D5D1EB"/>
            </w:tcBorders>
            <w:shd w:val="clear" w:color="auto" w:fill="EDECF6"/>
            <w:tcMar>
              <w:top w:w="115" w:type="dxa"/>
              <w:left w:w="130" w:type="dxa"/>
              <w:bottom w:w="115" w:type="dxa"/>
              <w:right w:w="130" w:type="dxa"/>
            </w:tcMar>
            <w:vAlign w:val="center"/>
          </w:tcPr>
          <w:p w14:paraId="293D8C15" w14:textId="77777777" w:rsidR="00427A0D" w:rsidRPr="00771855" w:rsidRDefault="00FD6F02" w:rsidP="00771855">
            <w:pPr>
              <w:pStyle w:val="Heading2"/>
              <w:rPr>
                <w:i/>
                <w:color w:val="21004D"/>
              </w:rPr>
            </w:pPr>
            <w:r w:rsidRPr="00771855">
              <w:rPr>
                <w:color w:val="21004D"/>
              </w:rPr>
              <w:t>Learning Objectives (minimum of 3 required)</w:t>
            </w:r>
          </w:p>
        </w:tc>
        <w:tc>
          <w:tcPr>
            <w:tcW w:w="7297" w:type="dxa"/>
            <w:gridSpan w:val="4"/>
            <w:tcBorders>
              <w:top w:val="single" w:sz="4" w:space="0" w:color="D5D1EB"/>
              <w:left w:val="single" w:sz="4" w:space="0" w:color="D5D1EB"/>
              <w:bottom w:val="single" w:sz="4" w:space="0" w:color="D5D1EB"/>
              <w:right w:val="single" w:sz="4" w:space="0" w:color="D5D1EB"/>
            </w:tcBorders>
            <w:shd w:val="clear" w:color="auto" w:fill="FFFFFF" w:themeFill="background1"/>
            <w:tcMar>
              <w:top w:w="115" w:type="dxa"/>
              <w:left w:w="130" w:type="dxa"/>
              <w:bottom w:w="115" w:type="dxa"/>
              <w:right w:w="130" w:type="dxa"/>
            </w:tcMar>
            <w:vAlign w:val="center"/>
          </w:tcPr>
          <w:p w14:paraId="3698A7FC" w14:textId="6A05F60D" w:rsidR="00427A0D" w:rsidRPr="00A14C89" w:rsidRDefault="00FD6F02" w:rsidP="00F33B36">
            <w:pPr>
              <w:spacing w:after="0" w:line="259" w:lineRule="auto"/>
              <w:rPr>
                <w:rFonts w:cs="Arial"/>
                <w:sz w:val="20"/>
                <w:szCs w:val="20"/>
              </w:rPr>
            </w:pPr>
            <w:r w:rsidRPr="01D5A0AA">
              <w:rPr>
                <w:rFonts w:cs="Arial"/>
                <w:color w:val="1F1F29"/>
                <w:sz w:val="20"/>
                <w:szCs w:val="20"/>
              </w:rPr>
              <w:t xml:space="preserve">List </w:t>
            </w:r>
            <w:r w:rsidRPr="01D5A0AA">
              <w:rPr>
                <w:rFonts w:cs="Arial"/>
                <w:b/>
                <w:color w:val="1F1F29"/>
                <w:sz w:val="20"/>
                <w:szCs w:val="20"/>
              </w:rPr>
              <w:t>at least 3 measurable learning objectives</w:t>
            </w:r>
            <w:r w:rsidRPr="01D5A0AA">
              <w:rPr>
                <w:rFonts w:cs="Arial"/>
                <w:color w:val="1F1F29"/>
                <w:sz w:val="20"/>
                <w:szCs w:val="20"/>
              </w:rPr>
              <w:t>. Begin each objective with an observable action verb.</w:t>
            </w:r>
          </w:p>
        </w:tc>
      </w:tr>
      <w:tr w:rsidR="00427A0D" w14:paraId="152119E6" w14:textId="77777777" w:rsidTr="01D5A0AA">
        <w:tblPrEx>
          <w:tblBorders>
            <w:top w:val="single" w:sz="4" w:space="0" w:color="D5D1EB"/>
            <w:left w:val="single" w:sz="4" w:space="0" w:color="D5D1EB"/>
            <w:bottom w:val="single" w:sz="4" w:space="0" w:color="D5D1EB"/>
            <w:right w:val="single" w:sz="4" w:space="0" w:color="D5D1EB"/>
            <w:insideH w:val="single" w:sz="4" w:space="0" w:color="D5D1EB"/>
            <w:insideV w:val="single" w:sz="4" w:space="0" w:color="D5D1EB"/>
          </w:tblBorders>
        </w:tblPrEx>
        <w:trPr>
          <w:jc w:val="center"/>
        </w:trPr>
        <w:tc>
          <w:tcPr>
            <w:tcW w:w="3168" w:type="dxa"/>
            <w:tcBorders>
              <w:top w:val="single" w:sz="4" w:space="0" w:color="D5D1EB"/>
              <w:left w:val="single" w:sz="4" w:space="0" w:color="D5D1EB"/>
              <w:bottom w:val="single" w:sz="4" w:space="0" w:color="D5D1EB"/>
              <w:right w:val="single" w:sz="4" w:space="0" w:color="D5D1EB"/>
            </w:tcBorders>
            <w:shd w:val="clear" w:color="auto" w:fill="EDECF6"/>
            <w:tcMar>
              <w:top w:w="115" w:type="dxa"/>
              <w:left w:w="130" w:type="dxa"/>
              <w:bottom w:w="115" w:type="dxa"/>
              <w:right w:w="130" w:type="dxa"/>
            </w:tcMar>
            <w:vAlign w:val="center"/>
          </w:tcPr>
          <w:p w14:paraId="77263CC1" w14:textId="77777777" w:rsidR="00427A0D" w:rsidRPr="00771855" w:rsidRDefault="00FD6F02" w:rsidP="00771855">
            <w:pPr>
              <w:pStyle w:val="Heading2"/>
              <w:rPr>
                <w:i/>
                <w:color w:val="21004D"/>
              </w:rPr>
            </w:pPr>
            <w:r w:rsidRPr="00771855">
              <w:rPr>
                <w:color w:val="21004D"/>
              </w:rPr>
              <w:t>Time-Ordered Agenda</w:t>
            </w:r>
          </w:p>
        </w:tc>
        <w:tc>
          <w:tcPr>
            <w:tcW w:w="7297" w:type="dxa"/>
            <w:gridSpan w:val="4"/>
            <w:tcBorders>
              <w:top w:val="single" w:sz="4" w:space="0" w:color="D5D1EB"/>
              <w:left w:val="single" w:sz="4" w:space="0" w:color="D5D1EB"/>
              <w:bottom w:val="single" w:sz="4" w:space="0" w:color="D5D1EB"/>
              <w:right w:val="single" w:sz="4" w:space="0" w:color="D5D1EB"/>
            </w:tcBorders>
            <w:shd w:val="clear" w:color="auto" w:fill="FFFFFF" w:themeFill="background1"/>
            <w:tcMar>
              <w:top w:w="115" w:type="dxa"/>
              <w:left w:w="130" w:type="dxa"/>
              <w:bottom w:w="115" w:type="dxa"/>
              <w:right w:w="130" w:type="dxa"/>
            </w:tcMar>
            <w:vAlign w:val="center"/>
          </w:tcPr>
          <w:p w14:paraId="39B6B1D1" w14:textId="00B2A0D3" w:rsidR="00427A0D" w:rsidRPr="00A14C89" w:rsidRDefault="00427A0D">
            <w:pPr>
              <w:spacing w:after="0" w:line="259" w:lineRule="auto"/>
              <w:rPr>
                <w:rFonts w:cs="Arial"/>
                <w:sz w:val="20"/>
                <w:szCs w:val="20"/>
              </w:rPr>
            </w:pPr>
          </w:p>
        </w:tc>
      </w:tr>
      <w:tr w:rsidR="00427A0D" w14:paraId="45779396" w14:textId="77777777" w:rsidTr="01D5A0AA">
        <w:tblPrEx>
          <w:tblBorders>
            <w:top w:val="single" w:sz="4" w:space="0" w:color="D5D1EB"/>
            <w:left w:val="single" w:sz="4" w:space="0" w:color="D5D1EB"/>
            <w:bottom w:val="single" w:sz="4" w:space="0" w:color="D5D1EB"/>
            <w:right w:val="single" w:sz="4" w:space="0" w:color="D5D1EB"/>
            <w:insideH w:val="single" w:sz="4" w:space="0" w:color="D5D1EB"/>
            <w:insideV w:val="single" w:sz="4" w:space="0" w:color="D5D1EB"/>
          </w:tblBorders>
        </w:tblPrEx>
        <w:trPr>
          <w:jc w:val="center"/>
        </w:trPr>
        <w:tc>
          <w:tcPr>
            <w:tcW w:w="3168" w:type="dxa"/>
            <w:tcBorders>
              <w:top w:val="single" w:sz="4" w:space="0" w:color="D5D1EB"/>
              <w:left w:val="single" w:sz="4" w:space="0" w:color="D5D1EB"/>
              <w:bottom w:val="single" w:sz="4" w:space="0" w:color="D5D1EB"/>
              <w:right w:val="single" w:sz="4" w:space="0" w:color="D5D1EB"/>
            </w:tcBorders>
            <w:shd w:val="clear" w:color="auto" w:fill="EDECF6"/>
            <w:tcMar>
              <w:top w:w="115" w:type="dxa"/>
              <w:left w:w="130" w:type="dxa"/>
              <w:bottom w:w="115" w:type="dxa"/>
              <w:right w:w="130" w:type="dxa"/>
            </w:tcMar>
            <w:vAlign w:val="center"/>
          </w:tcPr>
          <w:p w14:paraId="2AD8B10D" w14:textId="77777777" w:rsidR="00427A0D" w:rsidRPr="00771855" w:rsidRDefault="00FD6F02" w:rsidP="00771855">
            <w:pPr>
              <w:pStyle w:val="Heading2"/>
              <w:rPr>
                <w:i/>
                <w:color w:val="21004D"/>
              </w:rPr>
            </w:pPr>
            <w:r w:rsidRPr="00771855">
              <w:rPr>
                <w:color w:val="21004D"/>
              </w:rPr>
              <w:t>Citations</w:t>
            </w:r>
          </w:p>
        </w:tc>
        <w:tc>
          <w:tcPr>
            <w:tcW w:w="7297" w:type="dxa"/>
            <w:gridSpan w:val="4"/>
            <w:tcBorders>
              <w:top w:val="single" w:sz="4" w:space="0" w:color="D5D1EB"/>
              <w:left w:val="single" w:sz="4" w:space="0" w:color="D5D1EB"/>
              <w:bottom w:val="single" w:sz="4" w:space="0" w:color="D5D1EB"/>
              <w:right w:val="single" w:sz="4" w:space="0" w:color="D5D1EB"/>
            </w:tcBorders>
            <w:shd w:val="clear" w:color="auto" w:fill="FFFFFF" w:themeFill="background1"/>
            <w:tcMar>
              <w:top w:w="115" w:type="dxa"/>
              <w:left w:w="130" w:type="dxa"/>
              <w:bottom w:w="115" w:type="dxa"/>
              <w:right w:w="130" w:type="dxa"/>
            </w:tcMar>
            <w:vAlign w:val="center"/>
          </w:tcPr>
          <w:p w14:paraId="34B7004F" w14:textId="540BE7F0" w:rsidR="00427A0D" w:rsidRPr="00A14C89" w:rsidRDefault="00FD6F02">
            <w:pPr>
              <w:spacing w:after="0" w:line="259" w:lineRule="auto"/>
              <w:rPr>
                <w:rFonts w:cs="Arial"/>
                <w:sz w:val="20"/>
                <w:szCs w:val="20"/>
              </w:rPr>
            </w:pPr>
            <w:r w:rsidRPr="01D5A0AA">
              <w:rPr>
                <w:rFonts w:cs="Arial"/>
                <w:color w:val="1F1F29"/>
                <w:sz w:val="20"/>
                <w:szCs w:val="20"/>
              </w:rPr>
              <w:t xml:space="preserve">Include </w:t>
            </w:r>
            <w:r w:rsidRPr="01D5A0AA">
              <w:rPr>
                <w:rFonts w:cs="Arial"/>
                <w:b/>
                <w:color w:val="1F1F29"/>
                <w:sz w:val="20"/>
                <w:szCs w:val="20"/>
              </w:rPr>
              <w:t>3-5 peer-reviewed journal articles</w:t>
            </w:r>
            <w:r w:rsidRPr="01D5A0AA">
              <w:rPr>
                <w:rFonts w:cs="Arial"/>
                <w:color w:val="1F1F29"/>
                <w:sz w:val="20"/>
                <w:szCs w:val="20"/>
              </w:rPr>
              <w:t xml:space="preserve"> published within the past 10 years, formatted in current APA style.</w:t>
            </w:r>
          </w:p>
        </w:tc>
      </w:tr>
      <w:tr w:rsidR="00427A0D" w14:paraId="45498837" w14:textId="77777777" w:rsidTr="01D5A0AA">
        <w:tblPrEx>
          <w:tblBorders>
            <w:top w:val="single" w:sz="4" w:space="0" w:color="D5D1EB"/>
            <w:left w:val="single" w:sz="4" w:space="0" w:color="D5D1EB"/>
            <w:bottom w:val="single" w:sz="4" w:space="0" w:color="D5D1EB"/>
            <w:right w:val="single" w:sz="4" w:space="0" w:color="D5D1EB"/>
            <w:insideH w:val="single" w:sz="4" w:space="0" w:color="D5D1EB"/>
            <w:insideV w:val="single" w:sz="4" w:space="0" w:color="D5D1EB"/>
          </w:tblBorders>
        </w:tblPrEx>
        <w:trPr>
          <w:jc w:val="center"/>
        </w:trPr>
        <w:tc>
          <w:tcPr>
            <w:tcW w:w="3168" w:type="dxa"/>
            <w:tcBorders>
              <w:top w:val="single" w:sz="4" w:space="0" w:color="D5D1EB"/>
              <w:left w:val="single" w:sz="4" w:space="0" w:color="D5D1EB"/>
              <w:bottom w:val="single" w:sz="4" w:space="0" w:color="D5D1EB"/>
              <w:right w:val="single" w:sz="4" w:space="0" w:color="D5D1EB"/>
            </w:tcBorders>
            <w:shd w:val="clear" w:color="auto" w:fill="EDECF6"/>
            <w:tcMar>
              <w:top w:w="115" w:type="dxa"/>
              <w:left w:w="130" w:type="dxa"/>
              <w:bottom w:w="115" w:type="dxa"/>
              <w:right w:w="130" w:type="dxa"/>
            </w:tcMar>
            <w:vAlign w:val="center"/>
          </w:tcPr>
          <w:p w14:paraId="747DC0E8" w14:textId="77777777" w:rsidR="00427A0D" w:rsidRPr="00771855" w:rsidRDefault="00FD6F02" w:rsidP="00771855">
            <w:pPr>
              <w:pStyle w:val="Heading2"/>
              <w:rPr>
                <w:i/>
                <w:color w:val="21004D"/>
              </w:rPr>
            </w:pPr>
            <w:r w:rsidRPr="00771855">
              <w:rPr>
                <w:color w:val="21004D"/>
              </w:rPr>
              <w:t>Clinical Audience Appropriateness</w:t>
            </w:r>
          </w:p>
        </w:tc>
        <w:tc>
          <w:tcPr>
            <w:tcW w:w="7297" w:type="dxa"/>
            <w:gridSpan w:val="4"/>
            <w:tcBorders>
              <w:top w:val="single" w:sz="4" w:space="0" w:color="D5D1EB"/>
              <w:left w:val="single" w:sz="4" w:space="0" w:color="D5D1EB"/>
              <w:bottom w:val="single" w:sz="4" w:space="0" w:color="D5D1EB"/>
              <w:right w:val="single" w:sz="4" w:space="0" w:color="D5D1EB"/>
            </w:tcBorders>
            <w:shd w:val="clear" w:color="auto" w:fill="FFFFFF" w:themeFill="background1"/>
            <w:tcMar>
              <w:top w:w="115" w:type="dxa"/>
              <w:left w:w="130" w:type="dxa"/>
              <w:bottom w:w="115" w:type="dxa"/>
              <w:right w:w="130" w:type="dxa"/>
            </w:tcMar>
            <w:vAlign w:val="center"/>
          </w:tcPr>
          <w:p w14:paraId="2894B68E" w14:textId="6C1244B6" w:rsidR="00427A0D" w:rsidRPr="00A14C89" w:rsidRDefault="00427A0D">
            <w:pPr>
              <w:spacing w:after="0" w:line="259" w:lineRule="auto"/>
              <w:rPr>
                <w:rFonts w:cs="Arial"/>
                <w:sz w:val="20"/>
                <w:szCs w:val="20"/>
              </w:rPr>
            </w:pPr>
          </w:p>
        </w:tc>
      </w:tr>
      <w:tr w:rsidR="00427A0D" w14:paraId="24AF2950" w14:textId="77777777" w:rsidTr="01D5A0AA">
        <w:tblPrEx>
          <w:tblBorders>
            <w:top w:val="single" w:sz="4" w:space="0" w:color="D5D1EB"/>
            <w:left w:val="single" w:sz="4" w:space="0" w:color="D5D1EB"/>
            <w:bottom w:val="single" w:sz="4" w:space="0" w:color="D5D1EB"/>
            <w:right w:val="single" w:sz="4" w:space="0" w:color="D5D1EB"/>
            <w:insideH w:val="single" w:sz="4" w:space="0" w:color="D5D1EB"/>
            <w:insideV w:val="single" w:sz="4" w:space="0" w:color="D5D1EB"/>
          </w:tblBorders>
        </w:tblPrEx>
        <w:trPr>
          <w:jc w:val="center"/>
        </w:trPr>
        <w:tc>
          <w:tcPr>
            <w:tcW w:w="3168" w:type="dxa"/>
            <w:tcBorders>
              <w:top w:val="single" w:sz="4" w:space="0" w:color="D5D1EB"/>
              <w:left w:val="single" w:sz="4" w:space="0" w:color="D5D1EB"/>
              <w:bottom w:val="single" w:sz="4" w:space="0" w:color="D5D1EB"/>
              <w:right w:val="single" w:sz="4" w:space="0" w:color="D5D1EB"/>
            </w:tcBorders>
            <w:shd w:val="clear" w:color="auto" w:fill="EDECF6"/>
            <w:tcMar>
              <w:top w:w="115" w:type="dxa"/>
              <w:left w:w="130" w:type="dxa"/>
              <w:bottom w:w="115" w:type="dxa"/>
              <w:right w:w="130" w:type="dxa"/>
            </w:tcMar>
            <w:vAlign w:val="center"/>
          </w:tcPr>
          <w:p w14:paraId="3639D50C" w14:textId="77777777" w:rsidR="00427A0D" w:rsidRPr="00771855" w:rsidRDefault="00FD6F02" w:rsidP="00771855">
            <w:pPr>
              <w:pStyle w:val="Heading2"/>
              <w:rPr>
                <w:i/>
                <w:color w:val="21004D"/>
              </w:rPr>
            </w:pPr>
            <w:r w:rsidRPr="00771855">
              <w:rPr>
                <w:color w:val="21004D"/>
              </w:rPr>
              <w:t>Relevant Experience / Subject-Matter Expertise</w:t>
            </w:r>
          </w:p>
        </w:tc>
        <w:tc>
          <w:tcPr>
            <w:tcW w:w="7297" w:type="dxa"/>
            <w:gridSpan w:val="4"/>
            <w:tcBorders>
              <w:top w:val="single" w:sz="4" w:space="0" w:color="D5D1EB"/>
              <w:left w:val="single" w:sz="4" w:space="0" w:color="D5D1EB"/>
              <w:bottom w:val="single" w:sz="4" w:space="0" w:color="D5D1EB"/>
              <w:right w:val="single" w:sz="4" w:space="0" w:color="D5D1EB"/>
            </w:tcBorders>
            <w:shd w:val="clear" w:color="auto" w:fill="FFFFFF" w:themeFill="background1"/>
            <w:tcMar>
              <w:top w:w="115" w:type="dxa"/>
              <w:left w:w="130" w:type="dxa"/>
              <w:bottom w:w="115" w:type="dxa"/>
              <w:right w:w="130" w:type="dxa"/>
            </w:tcMar>
            <w:vAlign w:val="center"/>
          </w:tcPr>
          <w:p w14:paraId="07FE342F" w14:textId="2D0D831E" w:rsidR="00427A0D" w:rsidRPr="00A14C89" w:rsidRDefault="00FD6F02">
            <w:pPr>
              <w:spacing w:after="0" w:line="259" w:lineRule="auto"/>
              <w:rPr>
                <w:rFonts w:cs="Arial"/>
                <w:sz w:val="20"/>
                <w:szCs w:val="20"/>
              </w:rPr>
            </w:pPr>
            <w:r w:rsidRPr="01D5A0AA">
              <w:rPr>
                <w:rFonts w:cs="Arial"/>
                <w:color w:val="1F1F29"/>
                <w:sz w:val="20"/>
                <w:szCs w:val="20"/>
              </w:rPr>
              <w:t>Describe relevant experience that demonstrates your subject-matter expertise.</w:t>
            </w:r>
          </w:p>
        </w:tc>
      </w:tr>
      <w:tr w:rsidR="00427A0D" w14:paraId="5B678DB1" w14:textId="77777777" w:rsidTr="00F2154D">
        <w:trPr>
          <w:jc w:val="center"/>
        </w:trPr>
        <w:tc>
          <w:tcPr>
            <w:tcW w:w="10465" w:type="dxa"/>
            <w:gridSpan w:val="5"/>
            <w:shd w:val="clear" w:color="auto" w:fill="0D004D"/>
            <w:tcMar>
              <w:top w:w="130" w:type="dxa"/>
              <w:left w:w="170" w:type="dxa"/>
              <w:bottom w:w="130" w:type="dxa"/>
              <w:right w:w="170" w:type="dxa"/>
            </w:tcMar>
          </w:tcPr>
          <w:p w14:paraId="6ABFC837" w14:textId="77777777" w:rsidR="00427A0D" w:rsidRDefault="00FD6F02" w:rsidP="00771855">
            <w:pPr>
              <w:pStyle w:val="Heading1"/>
              <w:rPr>
                <w:rStyle w:val="TitleChar"/>
                <w:rFonts w:ascii="Arial" w:eastAsia="Arial" w:hAnsi="Arial" w:cs="Arial"/>
                <w:color w:val="FFFFFF" w:themeColor="background1"/>
                <w:sz w:val="28"/>
                <w:szCs w:val="28"/>
              </w:rPr>
            </w:pPr>
            <w:r w:rsidRPr="01D5A0AA">
              <w:rPr>
                <w:rStyle w:val="TitleChar"/>
                <w:rFonts w:ascii="Arial" w:eastAsia="Arial" w:hAnsi="Arial" w:cs="Arial"/>
                <w:color w:val="FFFFFF" w:themeColor="background1"/>
                <w:sz w:val="28"/>
                <w:szCs w:val="28"/>
              </w:rPr>
              <w:t>Required Presentation Elements</w:t>
            </w:r>
          </w:p>
        </w:tc>
      </w:tr>
      <w:tr w:rsidR="00427A0D" w14:paraId="54362115" w14:textId="77777777" w:rsidTr="01D5A0AA">
        <w:tblPrEx>
          <w:tblBorders>
            <w:top w:val="single" w:sz="4" w:space="0" w:color="D5D1EB"/>
            <w:left w:val="single" w:sz="4" w:space="0" w:color="D5D1EB"/>
            <w:bottom w:val="single" w:sz="4" w:space="0" w:color="D5D1EB"/>
            <w:right w:val="single" w:sz="4" w:space="0" w:color="D5D1EB"/>
            <w:insideH w:val="single" w:sz="4" w:space="0" w:color="D5D1EB"/>
            <w:insideV w:val="single" w:sz="4" w:space="0" w:color="D5D1EB"/>
          </w:tblBorders>
        </w:tblPrEx>
        <w:trPr>
          <w:jc w:val="center"/>
        </w:trPr>
        <w:tc>
          <w:tcPr>
            <w:tcW w:w="3168" w:type="dxa"/>
            <w:tcBorders>
              <w:top w:val="single" w:sz="4" w:space="0" w:color="D5D1EB"/>
              <w:left w:val="single" w:sz="4" w:space="0" w:color="D5D1EB"/>
              <w:bottom w:val="single" w:sz="4" w:space="0" w:color="D5D1EB"/>
              <w:right w:val="single" w:sz="4" w:space="0" w:color="D5D1EB"/>
            </w:tcBorders>
            <w:shd w:val="clear" w:color="auto" w:fill="EDECF6"/>
            <w:tcMar>
              <w:top w:w="115" w:type="dxa"/>
              <w:left w:w="130" w:type="dxa"/>
              <w:bottom w:w="115" w:type="dxa"/>
              <w:right w:w="130" w:type="dxa"/>
            </w:tcMar>
            <w:vAlign w:val="center"/>
          </w:tcPr>
          <w:p w14:paraId="39CA0A03" w14:textId="77777777" w:rsidR="00427A0D" w:rsidRPr="00771855" w:rsidRDefault="00FD6F02" w:rsidP="00771855">
            <w:pPr>
              <w:pStyle w:val="Heading2"/>
              <w:rPr>
                <w:i/>
                <w:color w:val="21004D"/>
              </w:rPr>
            </w:pPr>
            <w:r w:rsidRPr="00771855">
              <w:rPr>
                <w:color w:val="21004D"/>
              </w:rPr>
              <w:t>Disclosures (Financial, Non-Financial, and AI Use)</w:t>
            </w:r>
          </w:p>
        </w:tc>
        <w:tc>
          <w:tcPr>
            <w:tcW w:w="7297" w:type="dxa"/>
            <w:gridSpan w:val="4"/>
            <w:tcBorders>
              <w:top w:val="single" w:sz="4" w:space="0" w:color="D5D1EB"/>
              <w:left w:val="single" w:sz="4" w:space="0" w:color="D5D1EB"/>
              <w:bottom w:val="single" w:sz="4" w:space="0" w:color="D5D1EB"/>
              <w:right w:val="single" w:sz="4" w:space="0" w:color="D5D1EB"/>
            </w:tcBorders>
            <w:shd w:val="clear" w:color="auto" w:fill="FFFFFF" w:themeFill="background1"/>
            <w:tcMar>
              <w:top w:w="115" w:type="dxa"/>
              <w:left w:w="130" w:type="dxa"/>
              <w:bottom w:w="115" w:type="dxa"/>
              <w:right w:w="130" w:type="dxa"/>
            </w:tcMar>
            <w:vAlign w:val="center"/>
          </w:tcPr>
          <w:p w14:paraId="440C2390" w14:textId="7FA8105F" w:rsidR="00427A0D" w:rsidRPr="008E078C" w:rsidRDefault="00FD6F02">
            <w:pPr>
              <w:spacing w:after="0" w:line="259" w:lineRule="auto"/>
              <w:rPr>
                <w:rFonts w:cs="Arial"/>
                <w:sz w:val="20"/>
                <w:szCs w:val="20"/>
              </w:rPr>
            </w:pPr>
            <w:r w:rsidRPr="008E078C">
              <w:rPr>
                <w:rFonts w:cs="Arial"/>
                <w:color w:val="1F1F29"/>
                <w:sz w:val="20"/>
                <w:szCs w:val="20"/>
              </w:rPr>
              <w:t>Confirm the presentation includes disclosure slide(s) addressing financial disclosures, non-financial disclosures, and AI use, as applicable.</w:t>
            </w:r>
            <w:r>
              <w:br/>
            </w:r>
            <w:sdt>
              <w:sdtPr>
                <w:rPr>
                  <w:rFonts w:cs="Arial"/>
                  <w:color w:val="1F1F29"/>
                  <w:sz w:val="20"/>
                  <w:szCs w:val="20"/>
                </w:rPr>
                <w:id w:val="-515006165"/>
                <w14:checkbox>
                  <w14:checked w14:val="0"/>
                  <w14:checkedState w14:val="2612" w14:font="MS Gothic"/>
                  <w14:uncheckedState w14:val="2610" w14:font="MS Gothic"/>
                </w14:checkbox>
              </w:sdtPr>
              <w:sdtContent>
                <w:r w:rsidR="00497A26">
                  <w:rPr>
                    <w:rFonts w:ascii="MS Gothic" w:eastAsia="MS Gothic" w:hAnsi="MS Gothic" w:cs="Arial" w:hint="eastAsia"/>
                    <w:color w:val="1F1F29"/>
                    <w:sz w:val="20"/>
                    <w:szCs w:val="20"/>
                  </w:rPr>
                  <w:t>☐</w:t>
                </w:r>
              </w:sdtContent>
            </w:sdt>
            <w:r w:rsidRPr="008E078C">
              <w:rPr>
                <w:rFonts w:cs="Arial"/>
                <w:color w:val="1F1F29"/>
                <w:sz w:val="20"/>
                <w:szCs w:val="20"/>
              </w:rPr>
              <w:t xml:space="preserve">Yes   </w:t>
            </w:r>
            <w:sdt>
              <w:sdtPr>
                <w:rPr>
                  <w:rFonts w:cs="Arial"/>
                  <w:color w:val="1F1F29"/>
                  <w:sz w:val="20"/>
                  <w:szCs w:val="20"/>
                </w:rPr>
                <w:id w:val="403724593"/>
                <w14:checkbox>
                  <w14:checked w14:val="0"/>
                  <w14:checkedState w14:val="2612" w14:font="MS Gothic"/>
                  <w14:uncheckedState w14:val="2610" w14:font="MS Gothic"/>
                </w14:checkbox>
              </w:sdtPr>
              <w:sdtContent>
                <w:r w:rsidR="00497A26">
                  <w:rPr>
                    <w:rFonts w:ascii="MS Gothic" w:eastAsia="MS Gothic" w:hAnsi="MS Gothic" w:cs="Arial" w:hint="eastAsia"/>
                    <w:color w:val="1F1F29"/>
                    <w:sz w:val="20"/>
                    <w:szCs w:val="20"/>
                  </w:rPr>
                  <w:t>☐</w:t>
                </w:r>
              </w:sdtContent>
            </w:sdt>
            <w:r w:rsidRPr="008E078C">
              <w:rPr>
                <w:rFonts w:cs="Arial"/>
                <w:color w:val="1F1F29"/>
                <w:sz w:val="20"/>
                <w:szCs w:val="20"/>
              </w:rPr>
              <w:t>No</w:t>
            </w:r>
            <w:r>
              <w:br/>
            </w:r>
          </w:p>
        </w:tc>
      </w:tr>
      <w:tr w:rsidR="00427A0D" w14:paraId="7A9773D3" w14:textId="77777777" w:rsidTr="01D5A0AA">
        <w:tblPrEx>
          <w:tblBorders>
            <w:top w:val="single" w:sz="4" w:space="0" w:color="D5D1EB"/>
            <w:left w:val="single" w:sz="4" w:space="0" w:color="D5D1EB"/>
            <w:bottom w:val="single" w:sz="4" w:space="0" w:color="D5D1EB"/>
            <w:right w:val="single" w:sz="4" w:space="0" w:color="D5D1EB"/>
            <w:insideH w:val="single" w:sz="4" w:space="0" w:color="D5D1EB"/>
            <w:insideV w:val="single" w:sz="4" w:space="0" w:color="D5D1EB"/>
          </w:tblBorders>
        </w:tblPrEx>
        <w:trPr>
          <w:jc w:val="center"/>
        </w:trPr>
        <w:tc>
          <w:tcPr>
            <w:tcW w:w="3168" w:type="dxa"/>
            <w:tcBorders>
              <w:top w:val="single" w:sz="4" w:space="0" w:color="D5D1EB"/>
              <w:left w:val="single" w:sz="4" w:space="0" w:color="D5D1EB"/>
              <w:bottom w:val="single" w:sz="4" w:space="0" w:color="D5D1EB"/>
              <w:right w:val="single" w:sz="4" w:space="0" w:color="D5D1EB"/>
            </w:tcBorders>
            <w:shd w:val="clear" w:color="auto" w:fill="EDECF6"/>
            <w:tcMar>
              <w:top w:w="115" w:type="dxa"/>
              <w:left w:w="130" w:type="dxa"/>
              <w:bottom w:w="115" w:type="dxa"/>
              <w:right w:w="130" w:type="dxa"/>
            </w:tcMar>
            <w:vAlign w:val="center"/>
          </w:tcPr>
          <w:p w14:paraId="0F140151" w14:textId="77777777" w:rsidR="00427A0D" w:rsidRPr="00771855" w:rsidRDefault="00FD6F02" w:rsidP="00771855">
            <w:pPr>
              <w:pStyle w:val="Heading2"/>
              <w:rPr>
                <w:i/>
                <w:color w:val="21004D"/>
              </w:rPr>
            </w:pPr>
            <w:r w:rsidRPr="00771855">
              <w:rPr>
                <w:color w:val="21004D"/>
              </w:rPr>
              <w:lastRenderedPageBreak/>
              <w:t>Accessibility / Inclusion Statement</w:t>
            </w:r>
          </w:p>
        </w:tc>
        <w:tc>
          <w:tcPr>
            <w:tcW w:w="7297" w:type="dxa"/>
            <w:gridSpan w:val="4"/>
            <w:tcBorders>
              <w:top w:val="single" w:sz="4" w:space="0" w:color="D5D1EB"/>
              <w:left w:val="single" w:sz="4" w:space="0" w:color="D5D1EB"/>
              <w:bottom w:val="single" w:sz="4" w:space="0" w:color="D5D1EB"/>
              <w:right w:val="single" w:sz="4" w:space="0" w:color="D5D1EB"/>
            </w:tcBorders>
            <w:shd w:val="clear" w:color="auto" w:fill="FFFFFF" w:themeFill="background1"/>
            <w:tcMar>
              <w:top w:w="115" w:type="dxa"/>
              <w:left w:w="130" w:type="dxa"/>
              <w:bottom w:w="115" w:type="dxa"/>
              <w:right w:w="130" w:type="dxa"/>
            </w:tcMar>
            <w:vAlign w:val="center"/>
          </w:tcPr>
          <w:p w14:paraId="306F0C52" w14:textId="54D5B505" w:rsidR="00427A0D" w:rsidRPr="008E078C" w:rsidRDefault="00D33FFE" w:rsidP="00D33FFE">
            <w:pPr>
              <w:spacing w:after="240" w:line="256" w:lineRule="auto"/>
              <w:rPr>
                <w:rFonts w:cs="Arial"/>
                <w:kern w:val="2"/>
                <w:sz w:val="20"/>
                <w:szCs w:val="20"/>
                <w14:ligatures w14:val="standardContextual"/>
              </w:rPr>
            </w:pPr>
            <w:r w:rsidRPr="008E078C">
              <w:rPr>
                <w:rFonts w:cs="Arial"/>
                <w:color w:val="1F1F29"/>
                <w:sz w:val="20"/>
                <w:szCs w:val="20"/>
              </w:rPr>
              <w:t>Confirm the presentation includes this statement, or an equivalent one, and is designed for accessibility: Presentation materials and instructional practices support diverse learning needs and equitable participation.</w:t>
            </w:r>
            <w:r>
              <w:br/>
            </w:r>
            <w:sdt>
              <w:sdtPr>
                <w:rPr>
                  <w:rFonts w:cs="Arial"/>
                  <w:color w:val="1F1F29"/>
                  <w:sz w:val="20"/>
                  <w:szCs w:val="20"/>
                </w:rPr>
                <w:id w:val="-213281228"/>
                <w14:checkbox>
                  <w14:checked w14:val="0"/>
                  <w14:checkedState w14:val="2612" w14:font="MS Gothic"/>
                  <w14:uncheckedState w14:val="2610" w14:font="MS Gothic"/>
                </w14:checkbox>
              </w:sdtPr>
              <w:sdtContent>
                <w:r w:rsidR="00497A26" w:rsidRPr="2BA88815">
                  <w:rPr>
                    <w:rFonts w:ascii="MS Gothic" w:eastAsia="MS Gothic" w:hAnsi="MS Gothic" w:cs="MS Gothic"/>
                    <w:color w:val="1F1F29"/>
                    <w:sz w:val="20"/>
                    <w:szCs w:val="20"/>
                  </w:rPr>
                  <w:t>☐</w:t>
                </w:r>
              </w:sdtContent>
            </w:sdt>
            <w:r w:rsidRPr="008E078C">
              <w:rPr>
                <w:rFonts w:cs="Arial"/>
                <w:color w:val="1F1F29"/>
                <w:sz w:val="20"/>
                <w:szCs w:val="20"/>
              </w:rPr>
              <w:t xml:space="preserve">Yes   </w:t>
            </w:r>
            <w:sdt>
              <w:sdtPr>
                <w:rPr>
                  <w:rFonts w:cs="Arial"/>
                  <w:color w:val="1F1F29"/>
                  <w:sz w:val="20"/>
                  <w:szCs w:val="20"/>
                </w:rPr>
                <w:id w:val="-729155530"/>
                <w14:checkbox>
                  <w14:checked w14:val="0"/>
                  <w14:checkedState w14:val="2612" w14:font="MS Gothic"/>
                  <w14:uncheckedState w14:val="2610" w14:font="MS Gothic"/>
                </w14:checkbox>
              </w:sdtPr>
              <w:sdtContent>
                <w:r w:rsidR="00497A26">
                  <w:rPr>
                    <w:rFonts w:ascii="MS Gothic" w:eastAsia="MS Gothic" w:hAnsi="MS Gothic" w:cs="Arial" w:hint="eastAsia"/>
                    <w:color w:val="1F1F29"/>
                    <w:sz w:val="20"/>
                    <w:szCs w:val="20"/>
                  </w:rPr>
                  <w:t>☐</w:t>
                </w:r>
              </w:sdtContent>
            </w:sdt>
            <w:r w:rsidRPr="008E078C">
              <w:rPr>
                <w:rFonts w:cs="Arial"/>
                <w:color w:val="1F1F29"/>
                <w:sz w:val="20"/>
                <w:szCs w:val="20"/>
              </w:rPr>
              <w:t>No</w:t>
            </w:r>
          </w:p>
        </w:tc>
      </w:tr>
      <w:tr w:rsidR="00427A0D" w14:paraId="79E23513" w14:textId="77777777" w:rsidTr="00F2154D">
        <w:trPr>
          <w:jc w:val="center"/>
        </w:trPr>
        <w:tc>
          <w:tcPr>
            <w:tcW w:w="10465" w:type="dxa"/>
            <w:gridSpan w:val="5"/>
            <w:shd w:val="clear" w:color="auto" w:fill="0D004D"/>
            <w:tcMar>
              <w:top w:w="130" w:type="dxa"/>
              <w:left w:w="170" w:type="dxa"/>
              <w:bottom w:w="130" w:type="dxa"/>
              <w:right w:w="170" w:type="dxa"/>
            </w:tcMar>
          </w:tcPr>
          <w:p w14:paraId="07B90785" w14:textId="77777777" w:rsidR="00427A0D" w:rsidRDefault="00FD6F02" w:rsidP="00771855">
            <w:pPr>
              <w:pStyle w:val="Heading1"/>
              <w:rPr>
                <w:rStyle w:val="TitleChar"/>
                <w:rFonts w:ascii="Arial" w:eastAsia="Arial" w:hAnsi="Arial" w:cs="Arial"/>
                <w:color w:val="FFFFFF" w:themeColor="background1"/>
                <w:sz w:val="28"/>
                <w:szCs w:val="28"/>
              </w:rPr>
            </w:pPr>
            <w:r w:rsidRPr="01D5A0AA">
              <w:rPr>
                <w:rStyle w:val="TitleChar"/>
                <w:rFonts w:ascii="Arial" w:eastAsia="Arial" w:hAnsi="Arial" w:cs="Arial"/>
                <w:color w:val="FFFFFF" w:themeColor="background1"/>
                <w:sz w:val="28"/>
                <w:szCs w:val="28"/>
              </w:rPr>
              <w:t>APA CE Information (complete if APA CE is applicable)</w:t>
            </w:r>
          </w:p>
        </w:tc>
      </w:tr>
      <w:tr w:rsidR="00427A0D" w14:paraId="22587D98" w14:textId="77777777" w:rsidTr="01D5A0AA">
        <w:tblPrEx>
          <w:tblBorders>
            <w:top w:val="single" w:sz="4" w:space="0" w:color="D5D1EB"/>
            <w:left w:val="single" w:sz="4" w:space="0" w:color="D5D1EB"/>
            <w:bottom w:val="single" w:sz="4" w:space="0" w:color="D5D1EB"/>
            <w:right w:val="single" w:sz="4" w:space="0" w:color="D5D1EB"/>
            <w:insideH w:val="single" w:sz="4" w:space="0" w:color="D5D1EB"/>
            <w:insideV w:val="single" w:sz="4" w:space="0" w:color="D5D1EB"/>
          </w:tblBorders>
        </w:tblPrEx>
        <w:trPr>
          <w:gridAfter w:val="1"/>
          <w:wAfter w:w="47" w:type="dxa"/>
          <w:jc w:val="center"/>
        </w:trPr>
        <w:tc>
          <w:tcPr>
            <w:tcW w:w="3168" w:type="dxa"/>
            <w:tcBorders>
              <w:top w:val="single" w:sz="4" w:space="0" w:color="D5D1EB"/>
              <w:left w:val="single" w:sz="4" w:space="0" w:color="D5D1EB"/>
              <w:bottom w:val="single" w:sz="4" w:space="0" w:color="D5D1EB"/>
              <w:right w:val="single" w:sz="4" w:space="0" w:color="D5D1EB"/>
            </w:tcBorders>
            <w:shd w:val="clear" w:color="auto" w:fill="EDECF6"/>
            <w:tcMar>
              <w:top w:w="115" w:type="dxa"/>
              <w:left w:w="130" w:type="dxa"/>
              <w:bottom w:w="115" w:type="dxa"/>
              <w:right w:w="130" w:type="dxa"/>
            </w:tcMar>
            <w:vAlign w:val="center"/>
          </w:tcPr>
          <w:p w14:paraId="51506C5D" w14:textId="77777777" w:rsidR="00427A0D" w:rsidRPr="00771855" w:rsidRDefault="00FD6F02" w:rsidP="00771855">
            <w:pPr>
              <w:pStyle w:val="Heading2"/>
              <w:rPr>
                <w:i/>
                <w:color w:val="21004D"/>
              </w:rPr>
            </w:pPr>
            <w:r w:rsidRPr="00771855">
              <w:rPr>
                <w:color w:val="21004D"/>
              </w:rPr>
              <w:t>APA CE - Standard D Category</w:t>
            </w:r>
          </w:p>
        </w:tc>
        <w:tc>
          <w:tcPr>
            <w:tcW w:w="7250" w:type="dxa"/>
            <w:gridSpan w:val="3"/>
            <w:tcBorders>
              <w:top w:val="single" w:sz="4" w:space="0" w:color="D5D1EB"/>
              <w:left w:val="single" w:sz="4" w:space="0" w:color="D5D1EB"/>
              <w:bottom w:val="single" w:sz="4" w:space="0" w:color="D5D1EB"/>
              <w:right w:val="single" w:sz="4" w:space="0" w:color="D5D1EB"/>
            </w:tcBorders>
            <w:shd w:val="clear" w:color="auto" w:fill="FFFFFF" w:themeFill="background1"/>
            <w:tcMar>
              <w:top w:w="115" w:type="dxa"/>
              <w:left w:w="130" w:type="dxa"/>
              <w:bottom w:w="115" w:type="dxa"/>
              <w:right w:w="130" w:type="dxa"/>
            </w:tcMar>
            <w:vAlign w:val="center"/>
          </w:tcPr>
          <w:p w14:paraId="2496FD06" w14:textId="6B56E7E6" w:rsidR="00427A0D" w:rsidRPr="008E078C" w:rsidRDefault="00FD6F02">
            <w:pPr>
              <w:spacing w:after="0" w:line="259" w:lineRule="auto"/>
              <w:rPr>
                <w:rFonts w:cs="Arial"/>
                <w:sz w:val="20"/>
                <w:szCs w:val="20"/>
              </w:rPr>
            </w:pPr>
            <w:r w:rsidRPr="01D5A0AA">
              <w:rPr>
                <w:rFonts w:cs="Arial"/>
                <w:color w:val="1F1F29"/>
                <w:sz w:val="20"/>
                <w:szCs w:val="20"/>
              </w:rPr>
              <w:t>Select one category that best describes the content.</w:t>
            </w:r>
            <w:r>
              <w:br/>
            </w:r>
            <w:sdt>
              <w:sdtPr>
                <w:rPr>
                  <w:rFonts w:cs="Arial"/>
                  <w:color w:val="1F1F29"/>
                  <w:sz w:val="20"/>
                  <w:szCs w:val="20"/>
                </w:rPr>
                <w:id w:val="296648513"/>
                <w14:checkbox>
                  <w14:checked w14:val="0"/>
                  <w14:checkedState w14:val="2612" w14:font="MS Gothic"/>
                  <w14:uncheckedState w14:val="2610" w14:font="MS Gothic"/>
                </w14:checkbox>
              </w:sdtPr>
              <w:sdtContent>
                <w:r w:rsidR="00497A26">
                  <w:rPr>
                    <w:rFonts w:ascii="MS Gothic" w:eastAsia="MS Gothic" w:hAnsi="MS Gothic" w:cs="Arial" w:hint="eastAsia"/>
                    <w:color w:val="1F1F29"/>
                    <w:sz w:val="20"/>
                    <w:szCs w:val="20"/>
                  </w:rPr>
                  <w:t>☐</w:t>
                </w:r>
              </w:sdtContent>
            </w:sdt>
            <w:r w:rsidRPr="01D5A0AA">
              <w:rPr>
                <w:rFonts w:cs="Arial"/>
                <w:color w:val="1F1F29"/>
                <w:sz w:val="20"/>
                <w:szCs w:val="20"/>
              </w:rPr>
              <w:t>1. Application of psychological assessment and/or intervention methods that have overall consistent and credible empirical support in the contemporary peer-reviewed scientific literature beyond publications and other communications devoted primarily to the promotion of the approach.</w:t>
            </w:r>
            <w:r>
              <w:br/>
            </w:r>
            <w:sdt>
              <w:sdtPr>
                <w:rPr>
                  <w:rFonts w:cs="Arial"/>
                  <w:color w:val="1F1F29"/>
                  <w:sz w:val="20"/>
                  <w:szCs w:val="20"/>
                </w:rPr>
                <w:id w:val="-396127434"/>
                <w14:checkbox>
                  <w14:checked w14:val="0"/>
                  <w14:checkedState w14:val="2612" w14:font="MS Gothic"/>
                  <w14:uncheckedState w14:val="2610" w14:font="MS Gothic"/>
                </w14:checkbox>
              </w:sdtPr>
              <w:sdtContent>
                <w:r w:rsidR="00497A26">
                  <w:rPr>
                    <w:rFonts w:ascii="MS Gothic" w:eastAsia="MS Gothic" w:hAnsi="MS Gothic" w:cs="Arial" w:hint="eastAsia"/>
                    <w:color w:val="1F1F29"/>
                    <w:sz w:val="20"/>
                    <w:szCs w:val="20"/>
                  </w:rPr>
                  <w:t>☐</w:t>
                </w:r>
              </w:sdtContent>
            </w:sdt>
            <w:r w:rsidRPr="01D5A0AA">
              <w:rPr>
                <w:rFonts w:cs="Arial"/>
                <w:color w:val="1F1F29"/>
                <w:sz w:val="20"/>
                <w:szCs w:val="20"/>
              </w:rPr>
              <w:t>2. Focus on ethical, legal, statutory, or regulatory policies, guidelines, and standards that impact psychological practice, education, or research.</w:t>
            </w:r>
            <w:r>
              <w:br/>
            </w:r>
            <w:sdt>
              <w:sdtPr>
                <w:rPr>
                  <w:rFonts w:cs="Arial"/>
                  <w:color w:val="1F1F29"/>
                  <w:sz w:val="20"/>
                  <w:szCs w:val="20"/>
                </w:rPr>
                <w:id w:val="-1691984802"/>
                <w14:checkbox>
                  <w14:checked w14:val="0"/>
                  <w14:checkedState w14:val="2612" w14:font="MS Gothic"/>
                  <w14:uncheckedState w14:val="2610" w14:font="MS Gothic"/>
                </w14:checkbox>
              </w:sdtPr>
              <w:sdtContent>
                <w:r w:rsidR="00497A26">
                  <w:rPr>
                    <w:rFonts w:ascii="MS Gothic" w:eastAsia="MS Gothic" w:hAnsi="MS Gothic" w:cs="Arial" w:hint="eastAsia"/>
                    <w:color w:val="1F1F29"/>
                    <w:sz w:val="20"/>
                    <w:szCs w:val="20"/>
                  </w:rPr>
                  <w:t>☐</w:t>
                </w:r>
              </w:sdtContent>
            </w:sdt>
            <w:r w:rsidRPr="01D5A0AA">
              <w:rPr>
                <w:rFonts w:cs="Arial"/>
                <w:color w:val="1F1F29"/>
                <w:sz w:val="20"/>
                <w:szCs w:val="20"/>
              </w:rPr>
              <w:t>3. Focus on topics related to psychological practice, education, or research other than application of psychological assessment and/or intervention methods that are supported by contemporary scholarship grounded in established research.</w:t>
            </w:r>
            <w:r>
              <w:br/>
            </w:r>
          </w:p>
        </w:tc>
      </w:tr>
      <w:tr w:rsidR="00427A0D" w14:paraId="3A7FD7F5" w14:textId="77777777" w:rsidTr="01D5A0AA">
        <w:tblPrEx>
          <w:tblBorders>
            <w:top w:val="single" w:sz="4" w:space="0" w:color="D5D1EB"/>
            <w:left w:val="single" w:sz="4" w:space="0" w:color="D5D1EB"/>
            <w:bottom w:val="single" w:sz="4" w:space="0" w:color="D5D1EB"/>
            <w:right w:val="single" w:sz="4" w:space="0" w:color="D5D1EB"/>
            <w:insideH w:val="single" w:sz="4" w:space="0" w:color="D5D1EB"/>
            <w:insideV w:val="single" w:sz="4" w:space="0" w:color="D5D1EB"/>
          </w:tblBorders>
        </w:tblPrEx>
        <w:trPr>
          <w:gridAfter w:val="1"/>
          <w:wAfter w:w="47" w:type="dxa"/>
          <w:jc w:val="center"/>
        </w:trPr>
        <w:tc>
          <w:tcPr>
            <w:tcW w:w="3168" w:type="dxa"/>
            <w:tcBorders>
              <w:top w:val="single" w:sz="4" w:space="0" w:color="D5D1EB"/>
              <w:left w:val="single" w:sz="4" w:space="0" w:color="D5D1EB"/>
              <w:bottom w:val="single" w:sz="4" w:space="0" w:color="D5D1EB"/>
              <w:right w:val="single" w:sz="4" w:space="0" w:color="D5D1EB"/>
            </w:tcBorders>
            <w:shd w:val="clear" w:color="auto" w:fill="EDECF6"/>
            <w:tcMar>
              <w:top w:w="115" w:type="dxa"/>
              <w:left w:w="130" w:type="dxa"/>
              <w:bottom w:w="115" w:type="dxa"/>
              <w:right w:w="130" w:type="dxa"/>
            </w:tcMar>
            <w:vAlign w:val="center"/>
          </w:tcPr>
          <w:p w14:paraId="6226AA50" w14:textId="77777777" w:rsidR="00427A0D" w:rsidRPr="00771855" w:rsidRDefault="00FD6F02" w:rsidP="00771855">
            <w:pPr>
              <w:pStyle w:val="Heading2"/>
              <w:rPr>
                <w:i/>
                <w:color w:val="21004D"/>
              </w:rPr>
            </w:pPr>
            <w:r w:rsidRPr="00771855">
              <w:rPr>
                <w:color w:val="21004D"/>
              </w:rPr>
              <w:t>APA CE - Limitations and Risks</w:t>
            </w:r>
          </w:p>
        </w:tc>
        <w:tc>
          <w:tcPr>
            <w:tcW w:w="7250" w:type="dxa"/>
            <w:gridSpan w:val="3"/>
            <w:tcBorders>
              <w:top w:val="single" w:sz="4" w:space="0" w:color="D5D1EB"/>
              <w:left w:val="single" w:sz="4" w:space="0" w:color="D5D1EB"/>
              <w:bottom w:val="single" w:sz="4" w:space="0" w:color="D5D1EB"/>
              <w:right w:val="single" w:sz="4" w:space="0" w:color="D5D1EB"/>
            </w:tcBorders>
            <w:shd w:val="clear" w:color="auto" w:fill="FFFFFF" w:themeFill="background1"/>
            <w:tcMar>
              <w:top w:w="115" w:type="dxa"/>
              <w:left w:w="130" w:type="dxa"/>
              <w:bottom w:w="115" w:type="dxa"/>
              <w:right w:w="130" w:type="dxa"/>
            </w:tcMar>
            <w:vAlign w:val="center"/>
          </w:tcPr>
          <w:p w14:paraId="7ABBD52A" w14:textId="2C69845E" w:rsidR="006B6A0C" w:rsidRPr="006B6A0C" w:rsidRDefault="006B6A0C" w:rsidP="006B6A0C">
            <w:pPr>
              <w:spacing w:after="0" w:line="259" w:lineRule="auto"/>
              <w:rPr>
                <w:rFonts w:cs="Arial"/>
                <w:color w:val="1F1F29"/>
                <w:sz w:val="20"/>
                <w:szCs w:val="20"/>
              </w:rPr>
            </w:pPr>
            <w:r w:rsidRPr="01D5A0AA">
              <w:rPr>
                <w:rFonts w:cs="Arial"/>
                <w:color w:val="1F1F29"/>
                <w:sz w:val="20"/>
                <w:szCs w:val="20"/>
              </w:rPr>
              <w:t>The presentation will include (or includes) statements that describe the accuracy and utility of the materials presented, the empirical basis of such statements, the limitations of the content being taught, and the severe and the most common risks.  </w:t>
            </w:r>
          </w:p>
          <w:p w14:paraId="0D5252FF" w14:textId="3582ABC1" w:rsidR="00427A0D" w:rsidRPr="008E078C" w:rsidRDefault="00000000">
            <w:pPr>
              <w:spacing w:after="0" w:line="259" w:lineRule="auto"/>
              <w:rPr>
                <w:rFonts w:cs="Arial"/>
                <w:sz w:val="20"/>
                <w:szCs w:val="20"/>
              </w:rPr>
            </w:pPr>
            <w:sdt>
              <w:sdtPr>
                <w:rPr>
                  <w:rFonts w:cs="Arial"/>
                  <w:color w:val="1F1F29"/>
                  <w:sz w:val="20"/>
                  <w:szCs w:val="20"/>
                </w:rPr>
                <w:id w:val="2114549427"/>
                <w14:checkbox>
                  <w14:checked w14:val="0"/>
                  <w14:checkedState w14:val="2612" w14:font="MS Gothic"/>
                  <w14:uncheckedState w14:val="2610" w14:font="MS Gothic"/>
                </w14:checkbox>
              </w:sdtPr>
              <w:sdtContent>
                <w:r w:rsidR="00497A26">
                  <w:rPr>
                    <w:rFonts w:ascii="MS Gothic" w:eastAsia="MS Gothic" w:hAnsi="MS Gothic" w:cs="Arial" w:hint="eastAsia"/>
                    <w:color w:val="1F1F29"/>
                    <w:sz w:val="20"/>
                    <w:szCs w:val="20"/>
                  </w:rPr>
                  <w:t>☐</w:t>
                </w:r>
              </w:sdtContent>
            </w:sdt>
            <w:r w:rsidR="00FD6F02" w:rsidRPr="01D5A0AA">
              <w:rPr>
                <w:rFonts w:cs="Arial"/>
                <w:color w:val="1F1F29"/>
                <w:sz w:val="20"/>
                <w:szCs w:val="20"/>
              </w:rPr>
              <w:t xml:space="preserve">Yes   </w:t>
            </w:r>
            <w:sdt>
              <w:sdtPr>
                <w:rPr>
                  <w:rFonts w:cs="Arial"/>
                  <w:color w:val="1F1F29"/>
                  <w:sz w:val="20"/>
                  <w:szCs w:val="20"/>
                </w:rPr>
                <w:id w:val="-109743165"/>
                <w14:checkbox>
                  <w14:checked w14:val="0"/>
                  <w14:checkedState w14:val="2612" w14:font="MS Gothic"/>
                  <w14:uncheckedState w14:val="2610" w14:font="MS Gothic"/>
                </w14:checkbox>
              </w:sdtPr>
              <w:sdtContent>
                <w:r w:rsidR="00497A26">
                  <w:rPr>
                    <w:rFonts w:ascii="MS Gothic" w:eastAsia="MS Gothic" w:hAnsi="MS Gothic" w:cs="Arial" w:hint="eastAsia"/>
                    <w:color w:val="1F1F29"/>
                    <w:sz w:val="20"/>
                    <w:szCs w:val="20"/>
                  </w:rPr>
                  <w:t>☐</w:t>
                </w:r>
              </w:sdtContent>
            </w:sdt>
            <w:r w:rsidR="00FD6F02" w:rsidRPr="01D5A0AA">
              <w:rPr>
                <w:rFonts w:cs="Arial"/>
                <w:color w:val="1F1F29"/>
                <w:sz w:val="20"/>
                <w:szCs w:val="20"/>
              </w:rPr>
              <w:t xml:space="preserve">No  </w:t>
            </w:r>
          </w:p>
        </w:tc>
      </w:tr>
      <w:tr w:rsidR="00427A0D" w14:paraId="3B5BD421" w14:textId="77777777" w:rsidTr="01D5A0AA">
        <w:tblPrEx>
          <w:tblBorders>
            <w:top w:val="single" w:sz="4" w:space="0" w:color="C1BFFF"/>
            <w:left w:val="single" w:sz="4" w:space="0" w:color="C1BFFF"/>
            <w:bottom w:val="single" w:sz="4" w:space="0" w:color="C1BFFF"/>
            <w:right w:val="single" w:sz="4" w:space="0" w:color="C1BFFF"/>
            <w:insideH w:val="single" w:sz="4" w:space="0" w:color="C1BFFF"/>
            <w:insideV w:val="single" w:sz="4" w:space="0" w:color="C1BFFF"/>
          </w:tblBorders>
        </w:tblPrEx>
        <w:trPr>
          <w:jc w:val="center"/>
        </w:trPr>
        <w:tc>
          <w:tcPr>
            <w:tcW w:w="10465" w:type="dxa"/>
            <w:gridSpan w:val="5"/>
            <w:tcBorders>
              <w:top w:val="single" w:sz="4" w:space="0" w:color="C1BFFF"/>
              <w:left w:val="single" w:sz="4" w:space="0" w:color="C1BFFF"/>
              <w:bottom w:val="single" w:sz="4" w:space="0" w:color="C1BFFF"/>
              <w:right w:val="single" w:sz="4" w:space="0" w:color="C1BFFF"/>
            </w:tcBorders>
            <w:shd w:val="clear" w:color="auto" w:fill="EDECF6"/>
            <w:tcMar>
              <w:top w:w="150" w:type="dxa"/>
              <w:left w:w="180" w:type="dxa"/>
              <w:bottom w:w="150" w:type="dxa"/>
              <w:right w:w="180" w:type="dxa"/>
            </w:tcMar>
          </w:tcPr>
          <w:p w14:paraId="61CFF172" w14:textId="1A8A7344" w:rsidR="00427A0D" w:rsidRPr="008E078C" w:rsidRDefault="00FD6F02">
            <w:pPr>
              <w:spacing w:after="0" w:line="259" w:lineRule="auto"/>
              <w:rPr>
                <w:rFonts w:cs="Arial"/>
                <w:sz w:val="20"/>
                <w:szCs w:val="20"/>
              </w:rPr>
            </w:pPr>
            <w:r w:rsidRPr="01D5A0AA">
              <w:rPr>
                <w:rFonts w:cs="Arial"/>
                <w:color w:val="1F1F29"/>
                <w:sz w:val="20"/>
                <w:szCs w:val="20"/>
              </w:rPr>
              <w:t xml:space="preserve">Please submit this form, along with your CV, to </w:t>
            </w:r>
            <w:r w:rsidRPr="01D5A0AA">
              <w:rPr>
                <w:rFonts w:cs="Arial"/>
                <w:color w:val="0D004D"/>
                <w:sz w:val="20"/>
                <w:szCs w:val="20"/>
                <w:u w:val="single"/>
              </w:rPr>
              <w:t>C</w:t>
            </w:r>
            <w:r w:rsidR="00C835C6" w:rsidRPr="01D5A0AA">
              <w:rPr>
                <w:rFonts w:cs="Arial"/>
                <w:color w:val="0D004D"/>
                <w:sz w:val="20"/>
                <w:szCs w:val="20"/>
                <w:u w:val="single"/>
              </w:rPr>
              <w:t>allForProposals</w:t>
            </w:r>
            <w:r w:rsidRPr="01D5A0AA">
              <w:rPr>
                <w:rFonts w:cs="Arial"/>
                <w:color w:val="0D004D"/>
                <w:sz w:val="20"/>
                <w:szCs w:val="20"/>
                <w:u w:val="single"/>
              </w:rPr>
              <w:t>@pearson.com</w:t>
            </w:r>
            <w:r>
              <w:br/>
            </w:r>
            <w:r w:rsidRPr="01D5A0AA">
              <w:rPr>
                <w:rFonts w:cs="Arial"/>
                <w:color w:val="1F1F29"/>
                <w:sz w:val="20"/>
                <w:szCs w:val="20"/>
              </w:rPr>
              <w:t>We look forward to collaborating with you!</w:t>
            </w:r>
            <w:r>
              <w:br/>
            </w:r>
            <w:r w:rsidRPr="01D5A0AA">
              <w:rPr>
                <w:rFonts w:cs="Arial"/>
                <w:color w:val="5D5D66"/>
                <w:sz w:val="20"/>
                <w:szCs w:val="20"/>
              </w:rPr>
              <w:t>Updated August 2026</w:t>
            </w:r>
          </w:p>
        </w:tc>
      </w:tr>
    </w:tbl>
    <w:p w14:paraId="0FCB8D9C" w14:textId="77777777" w:rsidR="00FD6F02" w:rsidRDefault="00FD6F02">
      <w:pPr>
        <w:rPr>
          <w:rFonts w:cs="Arial"/>
        </w:rPr>
      </w:pPr>
    </w:p>
    <w:sectPr w:rsidR="00FD6F02" w:rsidSect="00E33403">
      <w:headerReference w:type="default" r:id="rId11"/>
      <w:footerReference w:type="default" r:id="rId12"/>
      <w:headerReference w:type="first" r:id="rId13"/>
      <w:footerReference w:type="first" r:id="rId14"/>
      <w:pgSz w:w="12240" w:h="15840"/>
      <w:pgMar w:top="864" w:right="936" w:bottom="792" w:left="93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98DF0" w14:textId="77777777" w:rsidR="009B20FB" w:rsidRDefault="009B20FB">
      <w:pPr>
        <w:spacing w:after="0" w:line="240" w:lineRule="auto"/>
      </w:pPr>
      <w:r>
        <w:separator/>
      </w:r>
    </w:p>
  </w:endnote>
  <w:endnote w:type="continuationSeparator" w:id="0">
    <w:p w14:paraId="60791DB3" w14:textId="77777777" w:rsidR="009B20FB" w:rsidRDefault="009B2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0838775"/>
      <w:docPartObj>
        <w:docPartGallery w:val="Page Numbers (Bottom of Page)"/>
        <w:docPartUnique/>
      </w:docPartObj>
    </w:sdtPr>
    <w:sdtEndPr>
      <w:rPr>
        <w:color w:val="0D004D"/>
        <w:sz w:val="16"/>
        <w:szCs w:val="16"/>
      </w:rPr>
    </w:sdtEndPr>
    <w:sdtContent>
      <w:sdt>
        <w:sdtPr>
          <w:rPr>
            <w:color w:val="0D004D"/>
            <w:sz w:val="16"/>
            <w:szCs w:val="16"/>
          </w:rPr>
          <w:id w:val="-1769616900"/>
          <w:docPartObj>
            <w:docPartGallery w:val="Page Numbers (Top of Page)"/>
            <w:docPartUnique/>
          </w:docPartObj>
        </w:sdtPr>
        <w:sdtContent>
          <w:p w14:paraId="2766023F" w14:textId="057FE22C" w:rsidR="00DA6248" w:rsidRPr="00BD497F" w:rsidRDefault="00DA6248">
            <w:pPr>
              <w:pStyle w:val="Footer"/>
              <w:jc w:val="right"/>
              <w:rPr>
                <w:color w:val="0D004D"/>
                <w:sz w:val="16"/>
                <w:szCs w:val="16"/>
              </w:rPr>
            </w:pPr>
            <w:r w:rsidRPr="00BD497F">
              <w:rPr>
                <w:color w:val="0D004D"/>
                <w:sz w:val="16"/>
                <w:szCs w:val="16"/>
              </w:rPr>
              <w:t xml:space="preserve">Page </w:t>
            </w:r>
            <w:r w:rsidRPr="00BD497F">
              <w:rPr>
                <w:b/>
                <w:bCs/>
                <w:color w:val="0D004D"/>
                <w:sz w:val="16"/>
                <w:szCs w:val="16"/>
              </w:rPr>
              <w:fldChar w:fldCharType="begin"/>
            </w:r>
            <w:r w:rsidRPr="00BD497F">
              <w:rPr>
                <w:b/>
                <w:bCs/>
                <w:color w:val="0D004D"/>
                <w:sz w:val="16"/>
                <w:szCs w:val="16"/>
              </w:rPr>
              <w:instrText xml:space="preserve"> PAGE </w:instrText>
            </w:r>
            <w:r w:rsidRPr="00BD497F">
              <w:rPr>
                <w:b/>
                <w:bCs/>
                <w:color w:val="0D004D"/>
                <w:sz w:val="16"/>
                <w:szCs w:val="16"/>
              </w:rPr>
              <w:fldChar w:fldCharType="separate"/>
            </w:r>
            <w:r w:rsidRPr="00BD497F">
              <w:rPr>
                <w:b/>
                <w:bCs/>
                <w:noProof/>
                <w:color w:val="0D004D"/>
                <w:sz w:val="16"/>
                <w:szCs w:val="16"/>
              </w:rPr>
              <w:t>2</w:t>
            </w:r>
            <w:r w:rsidRPr="00BD497F">
              <w:rPr>
                <w:b/>
                <w:bCs/>
                <w:color w:val="0D004D"/>
                <w:sz w:val="16"/>
                <w:szCs w:val="16"/>
              </w:rPr>
              <w:fldChar w:fldCharType="end"/>
            </w:r>
            <w:r w:rsidRPr="00BD497F">
              <w:rPr>
                <w:color w:val="0D004D"/>
                <w:sz w:val="16"/>
                <w:szCs w:val="16"/>
              </w:rPr>
              <w:t xml:space="preserve"> of </w:t>
            </w:r>
            <w:r w:rsidRPr="00BD497F">
              <w:rPr>
                <w:b/>
                <w:bCs/>
                <w:color w:val="0D004D"/>
                <w:sz w:val="16"/>
                <w:szCs w:val="16"/>
              </w:rPr>
              <w:fldChar w:fldCharType="begin"/>
            </w:r>
            <w:r w:rsidRPr="00BD497F">
              <w:rPr>
                <w:b/>
                <w:bCs/>
                <w:color w:val="0D004D"/>
                <w:sz w:val="16"/>
                <w:szCs w:val="16"/>
              </w:rPr>
              <w:instrText xml:space="preserve"> NUMPAGES  </w:instrText>
            </w:r>
            <w:r w:rsidRPr="00BD497F">
              <w:rPr>
                <w:b/>
                <w:bCs/>
                <w:color w:val="0D004D"/>
                <w:sz w:val="16"/>
                <w:szCs w:val="16"/>
              </w:rPr>
              <w:fldChar w:fldCharType="separate"/>
            </w:r>
            <w:r w:rsidRPr="00BD497F">
              <w:rPr>
                <w:b/>
                <w:bCs/>
                <w:noProof/>
                <w:color w:val="0D004D"/>
                <w:sz w:val="16"/>
                <w:szCs w:val="16"/>
              </w:rPr>
              <w:t>2</w:t>
            </w:r>
            <w:r w:rsidRPr="00BD497F">
              <w:rPr>
                <w:b/>
                <w:bCs/>
                <w:color w:val="0D004D"/>
                <w:sz w:val="16"/>
                <w:szCs w:val="16"/>
              </w:rPr>
              <w:fldChar w:fldCharType="end"/>
            </w:r>
          </w:p>
        </w:sdtContent>
      </w:sdt>
    </w:sdtContent>
  </w:sdt>
  <w:p w14:paraId="25171400" w14:textId="66B8610D" w:rsidR="00F34D10" w:rsidRPr="00BD497F" w:rsidRDefault="00BD497F">
    <w:pPr>
      <w:pStyle w:val="Footer"/>
      <w:rPr>
        <w:color w:val="0D004D"/>
        <w:sz w:val="16"/>
        <w:szCs w:val="16"/>
      </w:rPr>
    </w:pPr>
    <w:r w:rsidRPr="00BD497F">
      <w:rPr>
        <w:color w:val="0D004D"/>
        <w:sz w:val="16"/>
        <w:szCs w:val="16"/>
      </w:rPr>
      <w:t>Copyright 202</w:t>
    </w:r>
    <w:r>
      <w:rPr>
        <w:color w:val="0D004D"/>
        <w:sz w:val="16"/>
        <w:szCs w:val="16"/>
      </w:rPr>
      <w:t>6</w:t>
    </w:r>
    <w:r w:rsidRPr="00BD497F">
      <w:rPr>
        <w:color w:val="0D004D"/>
        <w:sz w:val="16"/>
        <w:szCs w:val="16"/>
      </w:rPr>
      <w:t xml:space="preserve"> Pearson. All rights reserved.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D004D"/>
        <w:sz w:val="16"/>
        <w:szCs w:val="16"/>
      </w:rPr>
      <w:id w:val="314004400"/>
      <w:docPartObj>
        <w:docPartGallery w:val="Page Numbers (Bottom of Page)"/>
        <w:docPartUnique/>
      </w:docPartObj>
    </w:sdtPr>
    <w:sdtContent>
      <w:sdt>
        <w:sdtPr>
          <w:rPr>
            <w:color w:val="0D004D"/>
            <w:sz w:val="16"/>
            <w:szCs w:val="16"/>
          </w:rPr>
          <w:id w:val="397639939"/>
          <w:docPartObj>
            <w:docPartGallery w:val="Page Numbers (Top of Page)"/>
            <w:docPartUnique/>
          </w:docPartObj>
        </w:sdtPr>
        <w:sdtContent>
          <w:p w14:paraId="53F9594E" w14:textId="34BB1D33" w:rsidR="00EE070A" w:rsidRPr="00EE070A" w:rsidRDefault="00EE070A">
            <w:pPr>
              <w:pStyle w:val="Footer"/>
              <w:jc w:val="right"/>
              <w:rPr>
                <w:color w:val="0D004D"/>
                <w:sz w:val="16"/>
                <w:szCs w:val="16"/>
              </w:rPr>
            </w:pPr>
            <w:r w:rsidRPr="00EE070A">
              <w:rPr>
                <w:color w:val="0D004D"/>
                <w:sz w:val="16"/>
                <w:szCs w:val="16"/>
              </w:rPr>
              <w:t xml:space="preserve">Page </w:t>
            </w:r>
            <w:r w:rsidRPr="00EE070A">
              <w:rPr>
                <w:b/>
                <w:bCs/>
                <w:color w:val="0D004D"/>
                <w:sz w:val="16"/>
                <w:szCs w:val="16"/>
              </w:rPr>
              <w:fldChar w:fldCharType="begin"/>
            </w:r>
            <w:r w:rsidRPr="00EE070A">
              <w:rPr>
                <w:b/>
                <w:bCs/>
                <w:color w:val="0D004D"/>
                <w:sz w:val="16"/>
                <w:szCs w:val="16"/>
              </w:rPr>
              <w:instrText xml:space="preserve"> PAGE </w:instrText>
            </w:r>
            <w:r w:rsidRPr="00EE070A">
              <w:rPr>
                <w:b/>
                <w:bCs/>
                <w:color w:val="0D004D"/>
                <w:sz w:val="16"/>
                <w:szCs w:val="16"/>
              </w:rPr>
              <w:fldChar w:fldCharType="separate"/>
            </w:r>
            <w:r w:rsidRPr="00EE070A">
              <w:rPr>
                <w:b/>
                <w:bCs/>
                <w:noProof/>
                <w:color w:val="0D004D"/>
                <w:sz w:val="16"/>
                <w:szCs w:val="16"/>
              </w:rPr>
              <w:t>2</w:t>
            </w:r>
            <w:r w:rsidRPr="00EE070A">
              <w:rPr>
                <w:b/>
                <w:bCs/>
                <w:color w:val="0D004D"/>
                <w:sz w:val="16"/>
                <w:szCs w:val="16"/>
              </w:rPr>
              <w:fldChar w:fldCharType="end"/>
            </w:r>
            <w:r w:rsidRPr="00EE070A">
              <w:rPr>
                <w:color w:val="0D004D"/>
                <w:sz w:val="16"/>
                <w:szCs w:val="16"/>
              </w:rPr>
              <w:t xml:space="preserve"> of </w:t>
            </w:r>
            <w:r w:rsidRPr="00EE070A">
              <w:rPr>
                <w:b/>
                <w:bCs/>
                <w:color w:val="0D004D"/>
                <w:sz w:val="16"/>
                <w:szCs w:val="16"/>
              </w:rPr>
              <w:fldChar w:fldCharType="begin"/>
            </w:r>
            <w:r w:rsidRPr="00EE070A">
              <w:rPr>
                <w:b/>
                <w:bCs/>
                <w:color w:val="0D004D"/>
                <w:sz w:val="16"/>
                <w:szCs w:val="16"/>
              </w:rPr>
              <w:instrText xml:space="preserve"> NUMPAGES  </w:instrText>
            </w:r>
            <w:r w:rsidRPr="00EE070A">
              <w:rPr>
                <w:b/>
                <w:bCs/>
                <w:color w:val="0D004D"/>
                <w:sz w:val="16"/>
                <w:szCs w:val="16"/>
              </w:rPr>
              <w:fldChar w:fldCharType="separate"/>
            </w:r>
            <w:r w:rsidRPr="00EE070A">
              <w:rPr>
                <w:b/>
                <w:bCs/>
                <w:noProof/>
                <w:color w:val="0D004D"/>
                <w:sz w:val="16"/>
                <w:szCs w:val="16"/>
              </w:rPr>
              <w:t>2</w:t>
            </w:r>
            <w:r w:rsidRPr="00EE070A">
              <w:rPr>
                <w:b/>
                <w:bCs/>
                <w:color w:val="0D004D"/>
                <w:sz w:val="16"/>
                <w:szCs w:val="16"/>
              </w:rPr>
              <w:fldChar w:fldCharType="end"/>
            </w:r>
          </w:p>
        </w:sdtContent>
      </w:sdt>
    </w:sdtContent>
  </w:sdt>
  <w:p w14:paraId="783128EB" w14:textId="7A870606" w:rsidR="00686190" w:rsidRPr="004273CA" w:rsidRDefault="00BD497F">
    <w:pPr>
      <w:pStyle w:val="Footer"/>
      <w:rPr>
        <w:color w:val="0D004D"/>
        <w:sz w:val="16"/>
        <w:szCs w:val="16"/>
      </w:rPr>
    </w:pPr>
    <w:r w:rsidRPr="00BD497F">
      <w:rPr>
        <w:color w:val="0D004D"/>
        <w:sz w:val="16"/>
        <w:szCs w:val="16"/>
      </w:rPr>
      <w:t>Copyright 202</w:t>
    </w:r>
    <w:r>
      <w:rPr>
        <w:color w:val="0D004D"/>
        <w:sz w:val="16"/>
        <w:szCs w:val="16"/>
      </w:rPr>
      <w:t>6</w:t>
    </w:r>
    <w:r w:rsidRPr="00BD497F">
      <w:rPr>
        <w:color w:val="0D004D"/>
        <w:sz w:val="16"/>
        <w:szCs w:val="16"/>
      </w:rPr>
      <w:t xml:space="preserve"> Pearson.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4A05B" w14:textId="77777777" w:rsidR="009B20FB" w:rsidRDefault="009B20FB">
      <w:pPr>
        <w:spacing w:after="0" w:line="240" w:lineRule="auto"/>
      </w:pPr>
      <w:r>
        <w:separator/>
      </w:r>
    </w:p>
  </w:footnote>
  <w:footnote w:type="continuationSeparator" w:id="0">
    <w:p w14:paraId="05E4E9DA" w14:textId="77777777" w:rsidR="009B20FB" w:rsidRDefault="009B20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55"/>
      <w:gridCol w:w="3455"/>
      <w:gridCol w:w="3455"/>
    </w:tblGrid>
    <w:tr w:rsidR="01D5A0AA" w14:paraId="065196E6" w14:textId="77777777" w:rsidTr="01D5A0AA">
      <w:trPr>
        <w:trHeight w:val="300"/>
      </w:trPr>
      <w:tc>
        <w:tcPr>
          <w:tcW w:w="3455" w:type="dxa"/>
        </w:tcPr>
        <w:p w14:paraId="0CDA378D" w14:textId="341DAF85" w:rsidR="01D5A0AA" w:rsidRDefault="01D5A0AA" w:rsidP="01D5A0AA">
          <w:pPr>
            <w:pStyle w:val="Header"/>
            <w:ind w:left="-115"/>
          </w:pPr>
        </w:p>
      </w:tc>
      <w:tc>
        <w:tcPr>
          <w:tcW w:w="3455" w:type="dxa"/>
        </w:tcPr>
        <w:p w14:paraId="769878F6" w14:textId="396786E7" w:rsidR="01D5A0AA" w:rsidRDefault="01D5A0AA" w:rsidP="01D5A0AA">
          <w:pPr>
            <w:pStyle w:val="Header"/>
            <w:jc w:val="center"/>
          </w:pPr>
        </w:p>
      </w:tc>
      <w:tc>
        <w:tcPr>
          <w:tcW w:w="3455" w:type="dxa"/>
        </w:tcPr>
        <w:p w14:paraId="0D17F530" w14:textId="031A0579" w:rsidR="01D5A0AA" w:rsidRDefault="01D5A0AA" w:rsidP="01D5A0AA">
          <w:pPr>
            <w:pStyle w:val="Header"/>
            <w:ind w:right="-115"/>
            <w:jc w:val="right"/>
          </w:pPr>
        </w:p>
      </w:tc>
    </w:tr>
  </w:tbl>
  <w:p w14:paraId="76E7CAD8" w14:textId="4405612B" w:rsidR="00FA73DD" w:rsidRDefault="00FA73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F2CFB" w14:textId="63A32F74" w:rsidR="00686190" w:rsidRDefault="00E33403">
    <w:pPr>
      <w:pStyle w:val="Header"/>
    </w:pPr>
    <w:r>
      <w:rPr>
        <w:noProof/>
      </w:rPr>
      <w:drawing>
        <wp:inline distT="0" distB="0" distL="0" distR="0" wp14:anchorId="066055F4" wp14:editId="1768D9E2">
          <wp:extent cx="2057934" cy="762000"/>
          <wp:effectExtent l="0" t="0" r="0" b="0"/>
          <wp:docPr id="14448417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841748" name="Picture 1444841748"/>
                  <pic:cNvPicPr/>
                </pic:nvPicPr>
                <pic:blipFill>
                  <a:blip r:embed="rId1"/>
                  <a:stretch>
                    <a:fillRect/>
                  </a:stretch>
                </pic:blipFill>
                <pic:spPr>
                  <a:xfrm>
                    <a:off x="0" y="0"/>
                    <a:ext cx="2082139" cy="77096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05424086">
    <w:abstractNumId w:val="0"/>
  </w:num>
  <w:num w:numId="2" w16cid:durableId="1473983032">
    <w:abstractNumId w:val="6"/>
  </w:num>
  <w:num w:numId="3" w16cid:durableId="147671756">
    <w:abstractNumId w:val="2"/>
  </w:num>
  <w:num w:numId="4" w16cid:durableId="1697730430">
    <w:abstractNumId w:val="3"/>
  </w:num>
  <w:num w:numId="5" w16cid:durableId="335113944">
    <w:abstractNumId w:val="8"/>
  </w:num>
  <w:num w:numId="6" w16cid:durableId="475681514">
    <w:abstractNumId w:val="1"/>
  </w:num>
  <w:num w:numId="7" w16cid:durableId="651451491">
    <w:abstractNumId w:val="5"/>
  </w:num>
  <w:num w:numId="8" w16cid:durableId="706685188">
    <w:abstractNumId w:val="4"/>
  </w:num>
  <w:num w:numId="9" w16cid:durableId="9346359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D3C"/>
    <w:rsid w:val="000138EC"/>
    <w:rsid w:val="00034616"/>
    <w:rsid w:val="0006063C"/>
    <w:rsid w:val="00076438"/>
    <w:rsid w:val="000A4621"/>
    <w:rsid w:val="000A79C7"/>
    <w:rsid w:val="00110E87"/>
    <w:rsid w:val="0015074B"/>
    <w:rsid w:val="00186325"/>
    <w:rsid w:val="00196BBE"/>
    <w:rsid w:val="001A36CC"/>
    <w:rsid w:val="002560AF"/>
    <w:rsid w:val="00261908"/>
    <w:rsid w:val="00270340"/>
    <w:rsid w:val="002711A2"/>
    <w:rsid w:val="00285DB4"/>
    <w:rsid w:val="0029446C"/>
    <w:rsid w:val="0029639D"/>
    <w:rsid w:val="002C5DA7"/>
    <w:rsid w:val="002E764E"/>
    <w:rsid w:val="00303777"/>
    <w:rsid w:val="00326F90"/>
    <w:rsid w:val="0034484D"/>
    <w:rsid w:val="003B009B"/>
    <w:rsid w:val="004273CA"/>
    <w:rsid w:val="00427A0D"/>
    <w:rsid w:val="00447045"/>
    <w:rsid w:val="00466B03"/>
    <w:rsid w:val="00497A26"/>
    <w:rsid w:val="004C44F8"/>
    <w:rsid w:val="004E20FE"/>
    <w:rsid w:val="004E6101"/>
    <w:rsid w:val="005167E2"/>
    <w:rsid w:val="00536280"/>
    <w:rsid w:val="00594B55"/>
    <w:rsid w:val="00680780"/>
    <w:rsid w:val="00686190"/>
    <w:rsid w:val="006B6A0C"/>
    <w:rsid w:val="006E2481"/>
    <w:rsid w:val="00715E4D"/>
    <w:rsid w:val="0073132C"/>
    <w:rsid w:val="00770B62"/>
    <w:rsid w:val="00771855"/>
    <w:rsid w:val="007D52E0"/>
    <w:rsid w:val="007E2C69"/>
    <w:rsid w:val="008334EE"/>
    <w:rsid w:val="0083671A"/>
    <w:rsid w:val="00856153"/>
    <w:rsid w:val="008829D2"/>
    <w:rsid w:val="008844D6"/>
    <w:rsid w:val="00887FAA"/>
    <w:rsid w:val="008A76D9"/>
    <w:rsid w:val="008E078C"/>
    <w:rsid w:val="008F5333"/>
    <w:rsid w:val="009B20FB"/>
    <w:rsid w:val="00A14C89"/>
    <w:rsid w:val="00A74EFD"/>
    <w:rsid w:val="00A80591"/>
    <w:rsid w:val="00A82302"/>
    <w:rsid w:val="00AA1D8D"/>
    <w:rsid w:val="00AB65B0"/>
    <w:rsid w:val="00AC59A6"/>
    <w:rsid w:val="00B47730"/>
    <w:rsid w:val="00B84459"/>
    <w:rsid w:val="00BD0D02"/>
    <w:rsid w:val="00BD497F"/>
    <w:rsid w:val="00BF4EAC"/>
    <w:rsid w:val="00C04ACD"/>
    <w:rsid w:val="00C1050A"/>
    <w:rsid w:val="00C34B6C"/>
    <w:rsid w:val="00C835C6"/>
    <w:rsid w:val="00CB0664"/>
    <w:rsid w:val="00CB19BC"/>
    <w:rsid w:val="00D16BA2"/>
    <w:rsid w:val="00D33FFE"/>
    <w:rsid w:val="00DA6248"/>
    <w:rsid w:val="00DB580E"/>
    <w:rsid w:val="00DC09BE"/>
    <w:rsid w:val="00DD7671"/>
    <w:rsid w:val="00DE3E16"/>
    <w:rsid w:val="00E33403"/>
    <w:rsid w:val="00E571B0"/>
    <w:rsid w:val="00E60548"/>
    <w:rsid w:val="00E61706"/>
    <w:rsid w:val="00E9124A"/>
    <w:rsid w:val="00EC2F72"/>
    <w:rsid w:val="00EE070A"/>
    <w:rsid w:val="00F15375"/>
    <w:rsid w:val="00F2154D"/>
    <w:rsid w:val="00F25E76"/>
    <w:rsid w:val="00F33B36"/>
    <w:rsid w:val="00F34D10"/>
    <w:rsid w:val="00F442F0"/>
    <w:rsid w:val="00F72F0C"/>
    <w:rsid w:val="00FA5A7D"/>
    <w:rsid w:val="00FA73DD"/>
    <w:rsid w:val="00FC693F"/>
    <w:rsid w:val="00FD4D82"/>
    <w:rsid w:val="00FD6F02"/>
    <w:rsid w:val="01D5A0AA"/>
    <w:rsid w:val="0862DE45"/>
    <w:rsid w:val="1238211B"/>
    <w:rsid w:val="154E9AA5"/>
    <w:rsid w:val="1B7D58B8"/>
    <w:rsid w:val="2BA88815"/>
    <w:rsid w:val="3B305D68"/>
    <w:rsid w:val="3BDF22E2"/>
    <w:rsid w:val="411D657B"/>
    <w:rsid w:val="4925021F"/>
    <w:rsid w:val="4A6B13BB"/>
    <w:rsid w:val="4D65C58E"/>
    <w:rsid w:val="53C17E30"/>
    <w:rsid w:val="59EEF467"/>
    <w:rsid w:val="5C99BF87"/>
    <w:rsid w:val="5F4DD8AE"/>
    <w:rsid w:val="5F69D05B"/>
    <w:rsid w:val="5FBBBF28"/>
    <w:rsid w:val="696DD869"/>
    <w:rsid w:val="6BC0D26D"/>
    <w:rsid w:val="7C382C15"/>
    <w:rsid w:val="7C77C586"/>
    <w:rsid w:val="7EA321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E26FE036-0C29-4623-88CB-E9C26CE8A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5"/>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7"/>
      </w:numPr>
      <w:contextualSpacing/>
    </w:pPr>
  </w:style>
  <w:style w:type="paragraph" w:styleId="ListNumber">
    <w:name w:val="List Number"/>
    <w:basedOn w:val="Normal"/>
    <w:uiPriority w:val="99"/>
    <w:unhideWhenUsed/>
    <w:rsid w:val="00326F90"/>
    <w:pPr>
      <w:numPr>
        <w:numId w:val="9"/>
      </w:numPr>
      <w:contextualSpacing/>
    </w:pPr>
  </w:style>
  <w:style w:type="paragraph" w:styleId="ListNumber2">
    <w:name w:val="List Number 2"/>
    <w:basedOn w:val="Normal"/>
    <w:uiPriority w:val="99"/>
    <w:unhideWhenUsed/>
    <w:rsid w:val="0029639D"/>
    <w:pPr>
      <w:numPr>
        <w:numId w:val="4"/>
      </w:numPr>
      <w:contextualSpacing/>
    </w:pPr>
  </w:style>
  <w:style w:type="paragraph" w:styleId="ListNumber3">
    <w:name w:val="List Number 3"/>
    <w:basedOn w:val="Normal"/>
    <w:uiPriority w:val="99"/>
    <w:unhideWhenUsed/>
    <w:rsid w:val="0029639D"/>
    <w:pPr>
      <w:numPr>
        <w:numId w:val="3"/>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CAE860E73A2994380358B0ED9538053" ma:contentTypeVersion="31" ma:contentTypeDescription="Create a new document." ma:contentTypeScope="" ma:versionID="319e5fb07edc4faa5252c36de1b24360">
  <xsd:schema xmlns:xsd="http://www.w3.org/2001/XMLSchema" xmlns:xs="http://www.w3.org/2001/XMLSchema" xmlns:p="http://schemas.microsoft.com/office/2006/metadata/properties" xmlns:ns1="http://schemas.microsoft.com/sharepoint/v3" xmlns:ns2="caddc159-c4ca-4a4a-9064-6dfaa4844b46" xmlns:ns3="e1b973b6-5219-468f-b3ec-38ae00307620" targetNamespace="http://schemas.microsoft.com/office/2006/metadata/properties" ma:root="true" ma:fieldsID="cabe8be9dc6d2c18553d58549055c17d" ns1:_="" ns2:_="" ns3:_="">
    <xsd:import namespace="http://schemas.microsoft.com/sharepoint/v3"/>
    <xsd:import namespace="caddc159-c4ca-4a4a-9064-6dfaa4844b46"/>
    <xsd:import namespace="e1b973b6-5219-468f-b3ec-38ae0030762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_x004d_P4" minOccurs="0"/>
                <xsd:element ref="ns2:Test" minOccurs="0"/>
                <xsd:element ref="ns2:MediaLengthInSeconds" minOccurs="0"/>
                <xsd:element ref="ns2:Finalversion" minOccurs="0"/>
                <xsd:element ref="ns2:lcf76f155ced4ddcb4097134ff3c332f" minOccurs="0"/>
                <xsd:element ref="ns3:TaxCatchAll" minOccurs="0"/>
                <xsd:element ref="ns2:Time" minOccurs="0"/>
                <xsd:element ref="ns2:MediaServiceLocation" minOccurs="0"/>
                <xsd:element ref="ns2:Retention" minOccurs="0"/>
                <xsd:element ref="ns2:_Flow_SignoffStatus" minOccurs="0"/>
                <xsd:element ref="ns2:Notes" minOccurs="0"/>
                <xsd:element ref="ns2:MediaServiceObjectDetectorVersions" minOccurs="0"/>
                <xsd:element ref="ns2:MediaServiceSearchProperties" minOccurs="0"/>
                <xsd:element ref="ns2:DateandTime" minOccurs="0"/>
                <xsd:element ref="ns2:AttendeeNme" minOccurs="0"/>
                <xsd:element ref="ns2:Course"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ddc159-c4ca-4a4a-9064-6dfaa4844b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_x004d_P4" ma:index="19" nillable="true" ma:displayName="MP4" ma:default="1" ma:internalName="_x004d_P4">
      <xsd:simpleType>
        <xsd:restriction base="dms:Boolean"/>
      </xsd:simpleType>
    </xsd:element>
    <xsd:element name="Test" ma:index="20" nillable="true" ma:displayName="Test" ma:internalName="Test">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Finalversion" ma:index="22" nillable="true" ma:displayName="Final version" ma:default="0" ma:format="Dropdown" ma:indexed="true" ma:internalName="Finalversion">
      <xsd:simpleType>
        <xsd:restriction base="dms:Boolea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Time" ma:index="26" nillable="true" ma:displayName="Time" ma:format="DateOnly" ma:internalName="Time">
      <xsd:simpleType>
        <xsd:restriction base="dms:DateTime"/>
      </xsd:simpleType>
    </xsd:element>
    <xsd:element name="MediaServiceLocation" ma:index="27" nillable="true" ma:displayName="Location" ma:internalName="MediaServiceLocation" ma:readOnly="true">
      <xsd:simpleType>
        <xsd:restriction base="dms:Text"/>
      </xsd:simpleType>
    </xsd:element>
    <xsd:element name="Retention" ma:index="28" nillable="true" ma:displayName="Retention" ma:internalName="Retention">
      <xsd:simpleType>
        <xsd:restriction base="dms:Text">
          <xsd:maxLength value="255"/>
        </xsd:restriction>
      </xsd:simpleType>
    </xsd:element>
    <xsd:element name="_Flow_SignoffStatus" ma:index="29" nillable="true" ma:displayName="Sign-off status" ma:internalName="Sign_x002d_off_x0020_status">
      <xsd:simpleType>
        <xsd:restriction base="dms:Text"/>
      </xsd:simpleType>
    </xsd:element>
    <xsd:element name="Notes" ma:index="30" nillable="true" ma:displayName="Notes" ma:description="ONLY FOR INTERNAL USE" ma:format="Dropdown" ma:internalName="Notes">
      <xsd:simpleType>
        <xsd:restriction base="dms:Text">
          <xsd:maxLength value="255"/>
        </xsd:restrictio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DateandTime" ma:index="33" nillable="true" ma:displayName="Date and Time" ma:format="DateOnly" ma:internalName="DateandTime">
      <xsd:simpleType>
        <xsd:restriction base="dms:DateTime"/>
      </xsd:simpleType>
    </xsd:element>
    <xsd:element name="AttendeeNme" ma:index="34" nillable="true" ma:displayName="Attendee Name" ma:format="Dropdown" ma:internalName="AttendeeNme">
      <xsd:simpleType>
        <xsd:restriction base="dms:Text">
          <xsd:maxLength value="255"/>
        </xsd:restriction>
      </xsd:simpleType>
    </xsd:element>
    <xsd:element name="Course" ma:index="35" nillable="true" ma:displayName="Course" ma:format="Dropdown" ma:internalName="Course">
      <xsd:simpleType>
        <xsd:restriction base="dms:Choice">
          <xsd:enumeration value="Choice 1"/>
          <xsd:enumeration value="Choice 2"/>
          <xsd:enumeration value="Choice 3"/>
        </xsd:restriction>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b973b6-5219-468f-b3ec-38ae003076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efa441c-5459-41f9-9eba-49ff0734d423}" ma:internalName="TaxCatchAll" ma:showField="CatchAllData" ma:web="e1b973b6-5219-468f-b3ec-38ae003076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st xmlns="caddc159-c4ca-4a4a-9064-6dfaa4844b46" xsi:nil="true"/>
    <lcf76f155ced4ddcb4097134ff3c332f xmlns="caddc159-c4ca-4a4a-9064-6dfaa4844b46">
      <Terms xmlns="http://schemas.microsoft.com/office/infopath/2007/PartnerControls"/>
    </lcf76f155ced4ddcb4097134ff3c332f>
    <_ip_UnifiedCompliancePolicyUIAction xmlns="http://schemas.microsoft.com/sharepoint/v3" xsi:nil="true"/>
    <DateandTime xmlns="caddc159-c4ca-4a4a-9064-6dfaa4844b46" xsi:nil="true"/>
    <Course xmlns="caddc159-c4ca-4a4a-9064-6dfaa4844b46" xsi:nil="true"/>
    <_x004d_P4 xmlns="caddc159-c4ca-4a4a-9064-6dfaa4844b46">true</_x004d_P4>
    <Finalversion xmlns="caddc159-c4ca-4a4a-9064-6dfaa4844b46">false</Finalversion>
    <Retention xmlns="caddc159-c4ca-4a4a-9064-6dfaa4844b46" xsi:nil="true"/>
    <_ip_UnifiedCompliancePolicyProperties xmlns="http://schemas.microsoft.com/sharepoint/v3" xsi:nil="true"/>
    <_Flow_SignoffStatus xmlns="caddc159-c4ca-4a4a-9064-6dfaa4844b46" xsi:nil="true"/>
    <Time xmlns="caddc159-c4ca-4a4a-9064-6dfaa4844b46" xsi:nil="true"/>
    <TaxCatchAll xmlns="e1b973b6-5219-468f-b3ec-38ae00307620" xsi:nil="true"/>
    <Notes xmlns="caddc159-c4ca-4a4a-9064-6dfaa4844b46" xsi:nil="true"/>
    <AttendeeNme xmlns="caddc159-c4ca-4a4a-9064-6dfaa4844b46"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C89FDA23-F576-46AA-A35B-5E288B13F2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ddc159-c4ca-4a4a-9064-6dfaa4844b46"/>
    <ds:schemaRef ds:uri="e1b973b6-5219-468f-b3ec-38ae003076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2D51EF-DBEC-4AAB-BB13-9C026FDD11D3}">
  <ds:schemaRefs>
    <ds:schemaRef ds:uri="http://schemas.microsoft.com/sharepoint/v3/contenttype/forms"/>
  </ds:schemaRefs>
</ds:datastoreItem>
</file>

<file path=customXml/itemProps4.xml><?xml version="1.0" encoding="utf-8"?>
<ds:datastoreItem xmlns:ds="http://schemas.openxmlformats.org/officeDocument/2006/customXml" ds:itemID="{45ACF064-652D-49FE-BB86-7B86A900D902}">
  <ds:schemaRefs>
    <ds:schemaRef ds:uri="http://schemas.microsoft.com/office/2006/metadata/properties"/>
    <ds:schemaRef ds:uri="http://schemas.microsoft.com/office/infopath/2007/PartnerControls"/>
    <ds:schemaRef ds:uri="caddc159-c4ca-4a4a-9064-6dfaa4844b46"/>
    <ds:schemaRef ds:uri="http://schemas.microsoft.com/sharepoint/v3"/>
    <ds:schemaRef ds:uri="e1b973b6-5219-468f-b3ec-38ae00307620"/>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Normal.dotm</Template>
  <TotalTime>76</TotalTime>
  <Pages>3</Pages>
  <Words>413</Words>
  <Characters>2359</Characters>
  <Application>Microsoft Office Word</Application>
  <DocSecurity>0</DocSecurity>
  <Lines>19</Lines>
  <Paragraphs>5</Paragraphs>
  <ScaleCrop>false</ScaleCrop>
  <Manager/>
  <Company/>
  <LinksUpToDate>false</LinksUpToDate>
  <CharactersWithSpaces>2767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Jasolyn Henderson</dc:creator>
  <cp:keywords/>
  <dc:description>generated by python-docx</dc:description>
  <cp:lastModifiedBy>Maria McCormack</cp:lastModifiedBy>
  <cp:revision>43</cp:revision>
  <dcterms:created xsi:type="dcterms:W3CDTF">2026-08-11T21:56:00Z</dcterms:created>
  <dcterms:modified xsi:type="dcterms:W3CDTF">2026-08-28T17:07:00Z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0x0101002CAE860E73A2994380358B0ED9538053</vt:lpwstr>
  </property>
  <property fmtid="{D5CDD505-2E9C-101B-9397-08002B2CF9AE}" pid="3" name="MediaServiceImageTags">
    <vt:lpwstr/>
  </property>
  <property fmtid="{D5CDD505-2E9C-101B-9397-08002B2CF9AE}" pid="4" name="docLang">
    <vt:lpwstr>en</vt:lpwstr>
  </property>
</Properties>
</file>